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F39" w:rsidRDefault="008E2F39" w:rsidP="008E2F39">
      <w:pPr>
        <w:pStyle w:val="Title"/>
      </w:pPr>
      <w:proofErr w:type="spellStart"/>
      <w:r>
        <w:t>Streamlit</w:t>
      </w:r>
      <w:proofErr w:type="spellEnd"/>
      <w:r>
        <w:t>-based Code Refactoring Tool</w:t>
      </w:r>
    </w:p>
    <w:p w:rsidR="00046991" w:rsidRDefault="00B96ABD">
      <w:r w:rsidRPr="008E2F39">
        <w:rPr>
          <w:rStyle w:val="Heading1Char"/>
        </w:rPr>
        <w:t>Project Title:</w:t>
      </w:r>
      <w:r>
        <w:t xml:space="preserve"> </w:t>
      </w:r>
      <w:proofErr w:type="spellStart"/>
      <w:r>
        <w:t>Streamlit</w:t>
      </w:r>
      <w:proofErr w:type="spellEnd"/>
      <w:r>
        <w:t>-based Code Refactoring Tool</w:t>
      </w:r>
    </w:p>
    <w:p w:rsidR="008E2F39" w:rsidRDefault="00B96ABD" w:rsidP="008E2F39">
      <w:pPr>
        <w:pStyle w:val="Heading1"/>
      </w:pPr>
      <w:r>
        <w:t>Objective:</w:t>
      </w:r>
      <w:r>
        <w:t xml:space="preserve"> </w:t>
      </w:r>
    </w:p>
    <w:p w:rsidR="00046991" w:rsidRDefault="00B96ABD">
      <w:r>
        <w:t>To create a web application that uses OpenAI's API to refactor user-provided Python code, offering a streamlined interface for code improvement and optimization.</w:t>
      </w:r>
    </w:p>
    <w:p w:rsidR="008E2F39" w:rsidRDefault="00B96ABD" w:rsidP="008E2F39">
      <w:pPr>
        <w:pStyle w:val="Heading1"/>
      </w:pPr>
      <w:r>
        <w:t xml:space="preserve">Problem </w:t>
      </w:r>
      <w:r>
        <w:t>Statement:</w:t>
      </w:r>
      <w:r>
        <w:t xml:space="preserve">  </w:t>
      </w:r>
    </w:p>
    <w:p w:rsidR="00046991" w:rsidRDefault="00B96ABD">
      <w:r>
        <w:t>Developers often write code that is functional but could be improved in terms of readability, efficiency, or adherence to best practices.  Manually refactoring code can be time-consuming and error-prone.</w:t>
      </w:r>
    </w:p>
    <w:p w:rsidR="008E2F39" w:rsidRDefault="00B96ABD" w:rsidP="008E2F39">
      <w:pPr>
        <w:pStyle w:val="Heading1"/>
      </w:pPr>
      <w:r>
        <w:t>Proposed Solution:</w:t>
      </w:r>
      <w:r>
        <w:t xml:space="preserve">  </w:t>
      </w:r>
    </w:p>
    <w:p w:rsidR="00046991" w:rsidRDefault="00B96ABD">
      <w:r>
        <w:t>This project</w:t>
      </w:r>
      <w:r>
        <w:t xml:space="preserve"> develops a Streamlit application that allows users to input Python code. The application then utilizes the OpenAI API's code generation capabilities to suggest refactored versions of the input code. This provides a quick and convenient way to enhance code</w:t>
      </w:r>
      <w:r>
        <w:t xml:space="preserve"> quality.</w:t>
      </w:r>
    </w:p>
    <w:p w:rsidR="00046991" w:rsidRDefault="00B96ABD" w:rsidP="008E2F39">
      <w:pPr>
        <w:pStyle w:val="Heading1"/>
      </w:pPr>
      <w:r>
        <w:t>Methodology:</w:t>
      </w:r>
    </w:p>
    <w:p w:rsidR="008E2F39" w:rsidRDefault="00B96ABD" w:rsidP="008E2F39">
      <w:pPr>
        <w:pStyle w:val="Heading2"/>
      </w:pPr>
      <w:r>
        <w:t>Model Design:</w:t>
      </w:r>
      <w:r>
        <w:t xml:space="preserve"> </w:t>
      </w:r>
    </w:p>
    <w:p w:rsidR="00046991" w:rsidRDefault="00B96ABD">
      <w:r>
        <w:t>The core model is OpenAI's GPT-3.5-turbo (or GPT-4 if specified).  The application leverages the model's code generation capabilities via its AP</w:t>
      </w:r>
      <w:r>
        <w:t>I. The model is pre-trained on a massive dataset of code and text, enabling it to understand and generate code in various styles.</w:t>
      </w:r>
    </w:p>
    <w:p w:rsidR="00046991" w:rsidRDefault="00B96ABD" w:rsidP="008E2F39">
      <w:pPr>
        <w:pStyle w:val="Heading1"/>
      </w:pPr>
      <w:r>
        <w:t>Tools and Technologies:</w:t>
      </w:r>
    </w:p>
    <w:p w:rsidR="00046991" w:rsidRDefault="00B96ABD" w:rsidP="008E2F39">
      <w:pPr>
        <w:pStyle w:val="ListParagraph"/>
        <w:numPr>
          <w:ilvl w:val="0"/>
          <w:numId w:val="10"/>
        </w:numPr>
      </w:pPr>
      <w:r>
        <w:t>Python</w:t>
      </w:r>
    </w:p>
    <w:p w:rsidR="00046991" w:rsidRDefault="00B96ABD" w:rsidP="008E2F39">
      <w:pPr>
        <w:pStyle w:val="ListParagraph"/>
        <w:numPr>
          <w:ilvl w:val="0"/>
          <w:numId w:val="10"/>
        </w:numPr>
      </w:pPr>
      <w:r>
        <w:t xml:space="preserve">Streamlit </w:t>
      </w:r>
    </w:p>
    <w:p w:rsidR="00046991" w:rsidRDefault="008E2F39" w:rsidP="008E2F39">
      <w:pPr>
        <w:pStyle w:val="ListParagraph"/>
        <w:numPr>
          <w:ilvl w:val="0"/>
          <w:numId w:val="10"/>
        </w:numPr>
      </w:pPr>
      <w:proofErr w:type="spellStart"/>
      <w:r>
        <w:t>OpenAI</w:t>
      </w:r>
      <w:proofErr w:type="spellEnd"/>
      <w:r>
        <w:t xml:space="preserve"> API</w:t>
      </w:r>
    </w:p>
    <w:p w:rsidR="00046991" w:rsidRDefault="008E2F39" w:rsidP="008E2F39">
      <w:pPr>
        <w:pStyle w:val="ListParagraph"/>
        <w:numPr>
          <w:ilvl w:val="0"/>
          <w:numId w:val="10"/>
        </w:numPr>
      </w:pPr>
      <w:r>
        <w:t>OS module</w:t>
      </w:r>
    </w:p>
    <w:p w:rsidR="008E2F39" w:rsidRDefault="00B96ABD" w:rsidP="008E2F39">
      <w:pPr>
        <w:pStyle w:val="Heading1"/>
      </w:pPr>
      <w:r>
        <w:t>Model Architecture:</w:t>
      </w:r>
      <w:r>
        <w:t xml:space="preserve"> </w:t>
      </w:r>
    </w:p>
    <w:p w:rsidR="00046991" w:rsidRDefault="00B96ABD">
      <w:r>
        <w:t xml:space="preserve">The underlying model </w:t>
      </w:r>
      <w:r>
        <w:t>architecture is a large language model (LLM), such as GPT-3.5-turbo or GPT-4, developed and maintained by OpenAI.  Specific details about the architecture (number of layers, parameters, etc.) are not publicly available.</w:t>
      </w:r>
    </w:p>
    <w:p w:rsidR="008E2F39" w:rsidRDefault="00B96ABD" w:rsidP="008E2F39">
      <w:pPr>
        <w:pStyle w:val="Heading1"/>
      </w:pPr>
      <w:r>
        <w:lastRenderedPageBreak/>
        <w:t>Evaluation Metrics:</w:t>
      </w:r>
      <w:r>
        <w:t xml:space="preserve">  </w:t>
      </w:r>
    </w:p>
    <w:p w:rsidR="00046991" w:rsidRDefault="00B96ABD">
      <w:r>
        <w:t>The quali</w:t>
      </w:r>
      <w:r>
        <w:t>ty of the refactored code is not directly evaluated with quantitative metrics within the application. The evaluation relies on the user's judgment of the improved readability, efficiency, and adherence to best practices.</w:t>
      </w:r>
    </w:p>
    <w:p w:rsidR="008E2F39" w:rsidRDefault="00B96ABD" w:rsidP="008E2F39">
      <w:pPr>
        <w:pStyle w:val="Heading1"/>
      </w:pPr>
      <w:r>
        <w:t>Results &amp; Analysis:</w:t>
      </w:r>
      <w:r>
        <w:t xml:space="preserve"> </w:t>
      </w:r>
    </w:p>
    <w:p w:rsidR="00046991" w:rsidRDefault="00B96ABD">
      <w:r>
        <w:t>The appli</w:t>
      </w:r>
      <w:r>
        <w:t>cation provides refactored code as its output. The success of the refactoring depends on the quality of the input code and the capabilities of the OpenAI model.  The output might not always be perfect and may require further manual review.</w:t>
      </w:r>
    </w:p>
    <w:p w:rsidR="008E2F39" w:rsidRDefault="00B96ABD" w:rsidP="008E2F39">
      <w:pPr>
        <w:pStyle w:val="Heading1"/>
      </w:pPr>
      <w:r>
        <w:t xml:space="preserve">Application </w:t>
      </w:r>
      <w:r>
        <w:t>Deployment:</w:t>
      </w:r>
    </w:p>
    <w:p w:rsidR="008E2F39" w:rsidRDefault="008E2F39" w:rsidP="008E2F39">
      <w:r w:rsidRPr="00DC3941">
        <w:t xml:space="preserve">The application is deployed using </w:t>
      </w:r>
      <w:proofErr w:type="spellStart"/>
      <w:r w:rsidRPr="00DC3941">
        <w:t>Streamlit</w:t>
      </w:r>
      <w:proofErr w:type="spellEnd"/>
      <w:r w:rsidRPr="00DC3941">
        <w:t>, creating a user-friendly web interface.  The user provides a text prompt, the model generates text, and the result is displayed on the page.</w:t>
      </w:r>
    </w:p>
    <w:p w:rsidR="008E2F39" w:rsidRPr="00DC3941" w:rsidRDefault="008E2F39" w:rsidP="008E2F39">
      <w:r w:rsidRPr="008E2F39">
        <w:rPr>
          <w:rStyle w:val="Heading2Char"/>
        </w:rPr>
        <w:t>Link</w:t>
      </w:r>
      <w:proofErr w:type="gramStart"/>
      <w:r w:rsidRPr="008E2F39">
        <w:rPr>
          <w:rStyle w:val="Heading2Char"/>
        </w:rPr>
        <w:t>:-</w:t>
      </w:r>
      <w:proofErr w:type="gramEnd"/>
      <w:r>
        <w:t xml:space="preserve">  </w:t>
      </w:r>
      <w:r w:rsidRPr="008E2F39">
        <w:t>https://huggingface.co/spaces/YAMITEK/Code_Generator_using_openai</w:t>
      </w:r>
    </w:p>
    <w:p w:rsidR="008E2F39" w:rsidRDefault="00B96ABD" w:rsidP="008E2F39">
      <w:pPr>
        <w:pStyle w:val="Heading1"/>
      </w:pPr>
      <w:r>
        <w:t>Key Insights &amp; Recommendations:</w:t>
      </w:r>
      <w:r>
        <w:t xml:space="preserve"> </w:t>
      </w:r>
    </w:p>
    <w:p w:rsidR="00046991" w:rsidRDefault="00B96ABD">
      <w:r>
        <w:t xml:space="preserve">The </w:t>
      </w:r>
      <w:proofErr w:type="spellStart"/>
      <w:r>
        <w:t>OpenAI</w:t>
      </w:r>
      <w:proofErr w:type="spellEnd"/>
      <w:r>
        <w:t xml:space="preserve"> API offers a powerful to</w:t>
      </w:r>
      <w:r>
        <w:t>ol for automated code refactoring. However, user input quality and the limitations of the model should be considered.  The refactored code should always be reviewed before implementation.</w:t>
      </w:r>
    </w:p>
    <w:p w:rsidR="00046991" w:rsidRDefault="00B96ABD" w:rsidP="008E2F39">
      <w:pPr>
        <w:pStyle w:val="Heading1"/>
      </w:pPr>
      <w:r>
        <w:t>Future Scope:</w:t>
      </w:r>
    </w:p>
    <w:p w:rsidR="00046991" w:rsidRDefault="00B96ABD" w:rsidP="008E2F39">
      <w:pPr>
        <w:pStyle w:val="ListParagraph"/>
        <w:numPr>
          <w:ilvl w:val="0"/>
          <w:numId w:val="12"/>
        </w:numPr>
      </w:pPr>
      <w:r>
        <w:t>Integrate additional code analysis tools to p</w:t>
      </w:r>
      <w:r>
        <w:t>rovide more comprehensive feedback on code quality.</w:t>
      </w:r>
    </w:p>
    <w:p w:rsidR="00046991" w:rsidRDefault="00B96ABD" w:rsidP="008E2F39">
      <w:pPr>
        <w:pStyle w:val="ListParagraph"/>
        <w:numPr>
          <w:ilvl w:val="0"/>
          <w:numId w:val="12"/>
        </w:numPr>
      </w:pPr>
      <w:r>
        <w:t>Allow users to specify desired coding styles or guidelines for refactoring.</w:t>
      </w:r>
    </w:p>
    <w:p w:rsidR="00046991" w:rsidRDefault="00B96ABD" w:rsidP="008E2F39">
      <w:pPr>
        <w:pStyle w:val="ListParagraph"/>
        <w:numPr>
          <w:ilvl w:val="0"/>
          <w:numId w:val="12"/>
        </w:numPr>
      </w:pPr>
      <w:r>
        <w:t>Implement error handling and feedback mechanisms to improve user experience.</w:t>
      </w:r>
    </w:p>
    <w:p w:rsidR="008E2F39" w:rsidRDefault="00B96ABD" w:rsidP="008E2F39">
      <w:pPr>
        <w:pStyle w:val="Heading1"/>
      </w:pPr>
      <w:r>
        <w:t>Conclusion:</w:t>
      </w:r>
      <w:r>
        <w:t xml:space="preserve"> </w:t>
      </w:r>
    </w:p>
    <w:p w:rsidR="00046991" w:rsidRDefault="00B96ABD">
      <w:r>
        <w:t>This project successfully demonstrates the use of OpenAI's API for code refactoring within a user-friendly Streamlit application.  The tool provides a valuable aid for developers seeking to improve their code quality. Furthe</w:t>
      </w:r>
      <w:r>
        <w:t>r development can enhance the application's capabilities and broaden its appeal.</w:t>
      </w:r>
    </w:p>
    <w:p w:rsidR="00046991" w:rsidRDefault="00B96ABD" w:rsidP="008E2F39">
      <w:pPr>
        <w:pStyle w:val="Heading1"/>
      </w:pPr>
      <w:r>
        <w:t>References:</w:t>
      </w:r>
    </w:p>
    <w:p w:rsidR="008E2F39" w:rsidRDefault="00B96ABD" w:rsidP="008E2F39">
      <w:pPr>
        <w:pStyle w:val="ListParagraph"/>
        <w:numPr>
          <w:ilvl w:val="0"/>
          <w:numId w:val="14"/>
        </w:numPr>
      </w:pPr>
      <w:proofErr w:type="spellStart"/>
      <w:r>
        <w:t>OpenAI</w:t>
      </w:r>
      <w:proofErr w:type="spellEnd"/>
      <w:r>
        <w:t xml:space="preserve"> API Documentation</w:t>
      </w:r>
    </w:p>
    <w:p w:rsidR="00046991" w:rsidRDefault="00B96ABD" w:rsidP="00B96ABD">
      <w:pPr>
        <w:pStyle w:val="ListParagraph"/>
        <w:numPr>
          <w:ilvl w:val="0"/>
          <w:numId w:val="14"/>
        </w:numPr>
      </w:pPr>
      <w:proofErr w:type="spellStart"/>
      <w:r>
        <w:t>Streamlit</w:t>
      </w:r>
      <w:proofErr w:type="spellEnd"/>
      <w:r>
        <w:t xml:space="preserve"> Documentation</w:t>
      </w:r>
      <w:bookmarkStart w:id="0" w:name="_GoBack"/>
      <w:bookmarkEnd w:id="0"/>
    </w:p>
    <w:sectPr w:rsidR="000469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E673CDF"/>
    <w:multiLevelType w:val="hybridMultilevel"/>
    <w:tmpl w:val="052CAF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9DB62BE"/>
    <w:multiLevelType w:val="hybridMultilevel"/>
    <w:tmpl w:val="C91CE5C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62F5ED3"/>
    <w:multiLevelType w:val="hybridMultilevel"/>
    <w:tmpl w:val="2C2010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45933E5"/>
    <w:multiLevelType w:val="hybridMultilevel"/>
    <w:tmpl w:val="415E33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33342F1"/>
    <w:multiLevelType w:val="hybridMultilevel"/>
    <w:tmpl w:val="AB46143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1"/>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6991"/>
    <w:rsid w:val="0006063C"/>
    <w:rsid w:val="0015074B"/>
    <w:rsid w:val="0029639D"/>
    <w:rsid w:val="00326F90"/>
    <w:rsid w:val="008E2F39"/>
    <w:rsid w:val="00AA1D8D"/>
    <w:rsid w:val="00B47730"/>
    <w:rsid w:val="00B96ABD"/>
    <w:rsid w:val="00CB0664"/>
    <w:rsid w:val="00D916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44FAB-D446-4BED-B180-7D1B0AF1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LENOVO</cp:lastModifiedBy>
  <cp:revision>5</cp:revision>
  <dcterms:created xsi:type="dcterms:W3CDTF">2025-05-13T08:44:00Z</dcterms:created>
  <dcterms:modified xsi:type="dcterms:W3CDTF">2025-05-13T08:44:00Z</dcterms:modified>
</cp:coreProperties>
</file>