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17" w:rsidRDefault="00456217" w:rsidP="00456217">
      <w:pPr>
        <w:pStyle w:val="Title"/>
      </w:pPr>
      <w:proofErr w:type="spellStart"/>
      <w:r>
        <w:t>Streamlit</w:t>
      </w:r>
      <w:proofErr w:type="spellEnd"/>
      <w:r>
        <w:t>-based Email Generator</w:t>
      </w:r>
    </w:p>
    <w:p w:rsidR="00AF5DEF" w:rsidRDefault="00B745C0">
      <w:r w:rsidRPr="00B745C0">
        <w:rPr>
          <w:rStyle w:val="Heading1Char"/>
        </w:rPr>
        <w:t>Project Title:</w:t>
      </w:r>
      <w:r>
        <w:t xml:space="preserve"> </w:t>
      </w:r>
      <w:proofErr w:type="spellStart"/>
      <w:r>
        <w:t>Streamlit</w:t>
      </w:r>
      <w:proofErr w:type="spellEnd"/>
      <w:r>
        <w:t>-based Email Generator</w:t>
      </w:r>
    </w:p>
    <w:p w:rsidR="00456217" w:rsidRDefault="00B745C0" w:rsidP="00B745C0">
      <w:pPr>
        <w:pStyle w:val="Heading1"/>
      </w:pPr>
      <w:r>
        <w:t xml:space="preserve">Objective: </w:t>
      </w:r>
    </w:p>
    <w:p w:rsidR="00AF5DEF" w:rsidRDefault="00B745C0">
      <w:r>
        <w:t xml:space="preserve">To develop a user-friendly application that generates professional emails based on user-specified relationships and contexts using </w:t>
      </w:r>
      <w:proofErr w:type="spellStart"/>
      <w:r>
        <w:t>OpenAI's</w:t>
      </w:r>
      <w:proofErr w:type="spellEnd"/>
      <w:r>
        <w:t xml:space="preserve"> GPT-3.5-turbo model.</w:t>
      </w:r>
    </w:p>
    <w:p w:rsidR="00456217" w:rsidRDefault="00B745C0" w:rsidP="00B745C0">
      <w:pPr>
        <w:pStyle w:val="Heading1"/>
      </w:pPr>
      <w:r>
        <w:t xml:space="preserve">Problem Statement:  </w:t>
      </w:r>
    </w:p>
    <w:p w:rsidR="00AF5DEF" w:rsidRDefault="00B745C0">
      <w:r>
        <w:t>Manually crafting professional emails for various relationships and contexts can be time-consuming and inconsistent.  This project aims to automate this process, providing users with a quick and efficient way to generate high-quality emails.</w:t>
      </w:r>
    </w:p>
    <w:p w:rsidR="00456217" w:rsidRDefault="00B745C0" w:rsidP="00B745C0">
      <w:pPr>
        <w:pStyle w:val="Heading1"/>
      </w:pPr>
      <w:r>
        <w:t xml:space="preserve">Proposed Solution:  </w:t>
      </w:r>
    </w:p>
    <w:p w:rsidR="00AF5DEF" w:rsidRDefault="00B745C0">
      <w:r>
        <w:t>A web application built using Streamlit that takes user input (relationship type and email context) and utilizes the OpenAI API to generate a tailored email.  The application provides a simple interface for selecting the relationship and entering the context, and then displays the generated email.</w:t>
      </w:r>
    </w:p>
    <w:p w:rsidR="00456217" w:rsidRDefault="00B745C0" w:rsidP="00B745C0">
      <w:pPr>
        <w:pStyle w:val="Heading1"/>
      </w:pPr>
      <w:r>
        <w:t xml:space="preserve">Dataset Description: </w:t>
      </w:r>
    </w:p>
    <w:p w:rsidR="00AF5DEF" w:rsidRDefault="00B745C0">
      <w:r>
        <w:t xml:space="preserve">Not Applicable. This project does not utilize any datasets for training a machine learning model. The model is a pre-trained language model provided by </w:t>
      </w:r>
      <w:proofErr w:type="spellStart"/>
      <w:r>
        <w:t>OpenAI</w:t>
      </w:r>
      <w:proofErr w:type="spellEnd"/>
      <w:r>
        <w:t>.</w:t>
      </w:r>
    </w:p>
    <w:p w:rsidR="00AF5DEF" w:rsidRDefault="00B745C0" w:rsidP="00B745C0">
      <w:pPr>
        <w:pStyle w:val="Heading1"/>
      </w:pPr>
      <w:r>
        <w:t>Methodology:</w:t>
      </w:r>
    </w:p>
    <w:p w:rsidR="00456217" w:rsidRDefault="00B745C0" w:rsidP="00B745C0">
      <w:pPr>
        <w:pStyle w:val="Heading1"/>
      </w:pPr>
      <w:r>
        <w:t xml:space="preserve"> Model Design:  </w:t>
      </w:r>
    </w:p>
    <w:p w:rsidR="00AF5DEF" w:rsidRDefault="00B745C0">
      <w:r>
        <w:t xml:space="preserve">The project leverages </w:t>
      </w:r>
      <w:proofErr w:type="spellStart"/>
      <w:r>
        <w:t>OpenAI's</w:t>
      </w:r>
      <w:proofErr w:type="spellEnd"/>
      <w:r>
        <w:t xml:space="preserve"> pre-trained GPT-3.5-turbo chat model. No custom model design or training is involved.  The model is accessed via the </w:t>
      </w:r>
      <w:proofErr w:type="spellStart"/>
      <w:r>
        <w:t>OpenAI</w:t>
      </w:r>
      <w:proofErr w:type="spellEnd"/>
      <w:r>
        <w:t xml:space="preserve"> API.</w:t>
      </w:r>
    </w:p>
    <w:p w:rsidR="00AF5DEF" w:rsidRDefault="00B745C0" w:rsidP="00B745C0">
      <w:pPr>
        <w:pStyle w:val="Heading1"/>
      </w:pPr>
      <w:r>
        <w:t>Tools and Technologies:</w:t>
      </w:r>
    </w:p>
    <w:p w:rsidR="00AF5DEF" w:rsidRDefault="00B745C0" w:rsidP="00456217">
      <w:pPr>
        <w:pStyle w:val="ListParagraph"/>
        <w:numPr>
          <w:ilvl w:val="0"/>
          <w:numId w:val="10"/>
        </w:numPr>
      </w:pPr>
      <w:r>
        <w:t>Python</w:t>
      </w:r>
    </w:p>
    <w:p w:rsidR="00AF5DEF" w:rsidRDefault="00B745C0" w:rsidP="00456217">
      <w:pPr>
        <w:pStyle w:val="ListParagraph"/>
        <w:numPr>
          <w:ilvl w:val="0"/>
          <w:numId w:val="10"/>
        </w:numPr>
      </w:pPr>
      <w:r>
        <w:t>Streamlit</w:t>
      </w:r>
    </w:p>
    <w:p w:rsidR="00AF5DEF" w:rsidRDefault="00B745C0" w:rsidP="00456217">
      <w:pPr>
        <w:pStyle w:val="ListParagraph"/>
        <w:numPr>
          <w:ilvl w:val="0"/>
          <w:numId w:val="10"/>
        </w:numPr>
      </w:pPr>
      <w:proofErr w:type="spellStart"/>
      <w:r>
        <w:t>OpenAI</w:t>
      </w:r>
      <w:proofErr w:type="spellEnd"/>
      <w:r>
        <w:t xml:space="preserve"> API</w:t>
      </w:r>
    </w:p>
    <w:p w:rsidR="00AF5DEF" w:rsidRDefault="00B745C0" w:rsidP="00B745C0">
      <w:pPr>
        <w:pStyle w:val="ListParagraph"/>
        <w:numPr>
          <w:ilvl w:val="0"/>
          <w:numId w:val="10"/>
        </w:numPr>
      </w:pPr>
      <w:r>
        <w:t>GPT-3.5-turbo model</w:t>
      </w:r>
    </w:p>
    <w:p w:rsidR="00456217" w:rsidRDefault="00B745C0" w:rsidP="00B745C0">
      <w:pPr>
        <w:pStyle w:val="Heading1"/>
      </w:pPr>
      <w:r>
        <w:lastRenderedPageBreak/>
        <w:t xml:space="preserve">Model Architecture:  </w:t>
      </w:r>
    </w:p>
    <w:p w:rsidR="00AF5DEF" w:rsidRDefault="00B745C0">
      <w:r>
        <w:t>The underlying model is OpenAI's GPT-3.5-turbo, a large language model.  The specific architecture details are not publicly available.</w:t>
      </w:r>
    </w:p>
    <w:p w:rsidR="00456217" w:rsidRDefault="00B745C0" w:rsidP="00B745C0">
      <w:pPr>
        <w:pStyle w:val="Heading1"/>
      </w:pPr>
      <w:r>
        <w:t xml:space="preserve">Evaluation Metrics:  </w:t>
      </w:r>
    </w:p>
    <w:p w:rsidR="00AF5DEF" w:rsidRDefault="00B745C0">
      <w:r>
        <w:t>The quality of the generated emails is evaluated subjectively based on clarity, conciseness, professionalism, and relevance to the input context. No quantitative metrics are directly applied.</w:t>
      </w:r>
    </w:p>
    <w:p w:rsidR="00456217" w:rsidRDefault="00B745C0" w:rsidP="00B745C0">
      <w:pPr>
        <w:pStyle w:val="Heading1"/>
      </w:pPr>
      <w:r>
        <w:t xml:space="preserve">Results &amp; Analysis:  </w:t>
      </w:r>
    </w:p>
    <w:p w:rsidR="00AF5DEF" w:rsidRDefault="00B745C0">
      <w:r>
        <w:t>The application generates emails based on the provided input.  The quality of the output depends heavily on the clarity and specificity of the user's input.  Thorough testing is needed to assess the robustness and effectiveness across different input scenarios.</w:t>
      </w:r>
    </w:p>
    <w:p w:rsidR="00456217" w:rsidRDefault="00B745C0" w:rsidP="00B745C0">
      <w:pPr>
        <w:pStyle w:val="Heading1"/>
      </w:pPr>
      <w:r>
        <w:t>Application Deployment:</w:t>
      </w:r>
    </w:p>
    <w:p w:rsidR="00782D04" w:rsidRDefault="00782D04" w:rsidP="00782D04">
      <w:r>
        <w:t xml:space="preserve">The </w:t>
      </w:r>
      <w:proofErr w:type="spellStart"/>
      <w:r>
        <w:t>Streamlit</w:t>
      </w:r>
      <w:proofErr w:type="spellEnd"/>
      <w:r>
        <w:t xml:space="preserve"> application was deployed on Hugging Face Spaces.  The app allows users to input and receive real-time predictions.</w:t>
      </w:r>
    </w:p>
    <w:p w:rsidR="00782D04" w:rsidRPr="00EB5392" w:rsidRDefault="00782D04" w:rsidP="00782D04">
      <w:pPr>
        <w:pStyle w:val="Heading2"/>
        <w:rPr>
          <w:rFonts w:asciiTheme="minorHAnsi" w:eastAsiaTheme="minorEastAsia" w:hAnsiTheme="minorHAnsi" w:cstheme="minorBidi"/>
          <w:b w:val="0"/>
          <w:bCs w:val="0"/>
          <w:color w:val="auto"/>
          <w:sz w:val="22"/>
          <w:szCs w:val="22"/>
        </w:rPr>
      </w:pPr>
      <w:r>
        <w:t xml:space="preserve">Link: - </w:t>
      </w:r>
      <w:r w:rsidRPr="00782D04">
        <w:rPr>
          <w:rFonts w:asciiTheme="minorHAnsi" w:eastAsiaTheme="minorEastAsia" w:hAnsiTheme="minorHAnsi" w:cstheme="minorBidi"/>
          <w:b w:val="0"/>
          <w:bCs w:val="0"/>
          <w:color w:val="auto"/>
          <w:sz w:val="22"/>
          <w:szCs w:val="22"/>
        </w:rPr>
        <w:t>https://huggingface.co/spaces/YAMITEK/Email_Writer_Bot_using_openai</w:t>
      </w:r>
    </w:p>
    <w:p w:rsidR="00AF5DEF" w:rsidRDefault="00B745C0" w:rsidP="00B745C0">
      <w:pPr>
        <w:pStyle w:val="Heading1"/>
      </w:pPr>
      <w:r>
        <w:t>Key Insights &amp;</w:t>
      </w:r>
      <w:bookmarkStart w:id="0" w:name="_GoBack"/>
      <w:bookmarkEnd w:id="0"/>
      <w:r>
        <w:t xml:space="preserve"> Recommendations:</w:t>
      </w:r>
    </w:p>
    <w:p w:rsidR="00AF5DEF" w:rsidRDefault="00B745C0" w:rsidP="00456217">
      <w:pPr>
        <w:pStyle w:val="ListParagraph"/>
        <w:numPr>
          <w:ilvl w:val="0"/>
          <w:numId w:val="11"/>
        </w:numPr>
      </w:pPr>
      <w:r>
        <w:t>The effectiveness of the application depends heavily on the quality of the user input. Clear and concise context is crucial for generating high-quality emails.</w:t>
      </w:r>
    </w:p>
    <w:p w:rsidR="00AF5DEF" w:rsidRDefault="00B745C0" w:rsidP="00456217">
      <w:pPr>
        <w:pStyle w:val="ListParagraph"/>
        <w:numPr>
          <w:ilvl w:val="0"/>
          <w:numId w:val="11"/>
        </w:numPr>
      </w:pPr>
      <w:r>
        <w:t>Error handling is implemented to gracefully manage potential issues with the OpenAI API.</w:t>
      </w:r>
    </w:p>
    <w:p w:rsidR="00AF5DEF" w:rsidRDefault="00B745C0" w:rsidP="00B745C0">
      <w:pPr>
        <w:pStyle w:val="ListParagraph"/>
        <w:numPr>
          <w:ilvl w:val="0"/>
          <w:numId w:val="11"/>
        </w:numPr>
      </w:pPr>
      <w:r>
        <w:t>Future improvements could include incorporating user feedback to refine the model's output and adding features like email formatting options or template selection.</w:t>
      </w:r>
    </w:p>
    <w:p w:rsidR="00AF5DEF" w:rsidRDefault="00B745C0" w:rsidP="00B745C0">
      <w:pPr>
        <w:pStyle w:val="Heading1"/>
      </w:pPr>
      <w:r>
        <w:t>Future Scope:</w:t>
      </w:r>
    </w:p>
    <w:p w:rsidR="00AF5DEF" w:rsidRDefault="00B745C0" w:rsidP="00456217">
      <w:pPr>
        <w:pStyle w:val="ListParagraph"/>
        <w:numPr>
          <w:ilvl w:val="0"/>
          <w:numId w:val="12"/>
        </w:numPr>
      </w:pPr>
      <w:r>
        <w:t>Integrate email sending functionality.</w:t>
      </w:r>
    </w:p>
    <w:p w:rsidR="00AF5DEF" w:rsidRDefault="00B745C0" w:rsidP="00456217">
      <w:pPr>
        <w:pStyle w:val="ListParagraph"/>
        <w:numPr>
          <w:ilvl w:val="0"/>
          <w:numId w:val="12"/>
        </w:numPr>
      </w:pPr>
      <w:r>
        <w:t>Allow users to save generated emails.</w:t>
      </w:r>
    </w:p>
    <w:p w:rsidR="00AF5DEF" w:rsidRDefault="00B745C0" w:rsidP="00456217">
      <w:pPr>
        <w:pStyle w:val="ListParagraph"/>
        <w:numPr>
          <w:ilvl w:val="0"/>
          <w:numId w:val="12"/>
        </w:numPr>
      </w:pPr>
      <w:r>
        <w:t>Implement a feedback mechanism to improve the model's performance.</w:t>
      </w:r>
    </w:p>
    <w:p w:rsidR="00AF5DEF" w:rsidRDefault="00B745C0" w:rsidP="00456217">
      <w:pPr>
        <w:pStyle w:val="ListParagraph"/>
        <w:numPr>
          <w:ilvl w:val="0"/>
          <w:numId w:val="12"/>
        </w:numPr>
      </w:pPr>
      <w:r>
        <w:t>Explore other language models or fine-tune a model on a specific email dataset for improved performance in certain domains.</w:t>
      </w:r>
    </w:p>
    <w:p w:rsidR="00AF5DEF" w:rsidRDefault="00B745C0" w:rsidP="00456217">
      <w:pPr>
        <w:pStyle w:val="ListParagraph"/>
        <w:numPr>
          <w:ilvl w:val="0"/>
          <w:numId w:val="12"/>
        </w:numPr>
      </w:pPr>
      <w:r>
        <w:t>Add support for multiple languages.</w:t>
      </w:r>
    </w:p>
    <w:p w:rsidR="00AF5DEF" w:rsidRDefault="00B745C0" w:rsidP="00B745C0">
      <w:pPr>
        <w:pStyle w:val="Heading1"/>
      </w:pPr>
      <w:r>
        <w:lastRenderedPageBreak/>
        <w:t>Conclusion:</w:t>
      </w:r>
    </w:p>
    <w:p w:rsidR="00AF5DEF" w:rsidRDefault="00B745C0">
      <w:r>
        <w:t>This project successfully demonstrates a functional Streamlit application that utilizes OpenAI's GPT-3.5-turbo to generate professional emails. While the application relies on a pre-trained model, it provides a valuable tool for automating email creation, improving efficiency, and maintaining consistency in communication.</w:t>
      </w:r>
    </w:p>
    <w:p w:rsidR="00AF5DEF" w:rsidRDefault="00B745C0" w:rsidP="00B745C0">
      <w:pPr>
        <w:pStyle w:val="Heading1"/>
      </w:pPr>
      <w:r>
        <w:t>References:</w:t>
      </w:r>
    </w:p>
    <w:p w:rsidR="00AF5DEF" w:rsidRDefault="00456217" w:rsidP="00456217">
      <w:pPr>
        <w:pStyle w:val="ListParagraph"/>
        <w:numPr>
          <w:ilvl w:val="0"/>
          <w:numId w:val="13"/>
        </w:numPr>
      </w:pPr>
      <w:proofErr w:type="spellStart"/>
      <w:r>
        <w:t>OpenAI</w:t>
      </w:r>
      <w:proofErr w:type="spellEnd"/>
      <w:r>
        <w:t xml:space="preserve"> API Documentation: - </w:t>
      </w:r>
      <w:r w:rsidR="00B745C0">
        <w:t>https://platform.openai.com/docs/api-reference</w:t>
      </w:r>
    </w:p>
    <w:p w:rsidR="00AF5DEF" w:rsidRDefault="00B745C0" w:rsidP="00456217">
      <w:pPr>
        <w:pStyle w:val="ListParagraph"/>
        <w:numPr>
          <w:ilvl w:val="0"/>
          <w:numId w:val="13"/>
        </w:numPr>
      </w:pPr>
      <w:proofErr w:type="spellStart"/>
      <w:r>
        <w:t>Streamlit</w:t>
      </w:r>
      <w:proofErr w:type="spellEnd"/>
      <w:r>
        <w:t xml:space="preserve"> Documentati</w:t>
      </w:r>
      <w:r w:rsidR="00456217">
        <w:t>on: - https://docs.streamlit.io/</w:t>
      </w:r>
    </w:p>
    <w:p w:rsidR="00AF5DEF" w:rsidRDefault="00AF5DEF"/>
    <w:sectPr w:rsidR="00AF5DE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9385B15"/>
    <w:multiLevelType w:val="hybridMultilevel"/>
    <w:tmpl w:val="16DEA9B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0B893771"/>
    <w:multiLevelType w:val="hybridMultilevel"/>
    <w:tmpl w:val="4EDEF2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77221C7"/>
    <w:multiLevelType w:val="hybridMultilevel"/>
    <w:tmpl w:val="0F2C66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3653F46"/>
    <w:multiLevelType w:val="hybridMultilevel"/>
    <w:tmpl w:val="2A0699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56217"/>
    <w:rsid w:val="00782D04"/>
    <w:rsid w:val="00AA1D8D"/>
    <w:rsid w:val="00AF5DEF"/>
    <w:rsid w:val="00B47730"/>
    <w:rsid w:val="00B745C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77E23-63E7-4A19-94A5-B653D75E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LENOVO</cp:lastModifiedBy>
  <cp:revision>5</cp:revision>
  <dcterms:created xsi:type="dcterms:W3CDTF">2025-05-13T07:18:00Z</dcterms:created>
  <dcterms:modified xsi:type="dcterms:W3CDTF">2025-05-13T07:24:00Z</dcterms:modified>
</cp:coreProperties>
</file>