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79" w:rsidRPr="00D22979" w:rsidRDefault="00D22979" w:rsidP="00D22979">
      <w:pPr>
        <w:pStyle w:val="Title"/>
        <w:rPr>
          <w:sz w:val="48"/>
        </w:rPr>
      </w:pPr>
      <w:proofErr w:type="spellStart"/>
      <w:r w:rsidRPr="00D22979">
        <w:rPr>
          <w:sz w:val="48"/>
        </w:rPr>
        <w:t>Streamlit</w:t>
      </w:r>
      <w:proofErr w:type="spellEnd"/>
      <w:r w:rsidRPr="00D22979">
        <w:rPr>
          <w:sz w:val="48"/>
        </w:rPr>
        <w:t>-based DALL-E 3 Image Generator</w:t>
      </w:r>
    </w:p>
    <w:p w:rsidR="00714001" w:rsidRDefault="001B400C">
      <w:r w:rsidRPr="007002ED">
        <w:rPr>
          <w:rStyle w:val="Heading1Char"/>
        </w:rPr>
        <w:t>Project Title:</w:t>
      </w:r>
      <w:r>
        <w:t xml:space="preserve"> </w:t>
      </w:r>
      <w:proofErr w:type="spellStart"/>
      <w:r>
        <w:t>Streamlit</w:t>
      </w:r>
      <w:proofErr w:type="spellEnd"/>
      <w:r>
        <w:t>-based DALL-E 3 Image Generator</w:t>
      </w:r>
    </w:p>
    <w:p w:rsidR="00A36D9B" w:rsidRDefault="001B400C" w:rsidP="007002ED">
      <w:pPr>
        <w:pStyle w:val="Heading1"/>
      </w:pPr>
      <w:r>
        <w:t>Objective:</w:t>
      </w:r>
      <w:r>
        <w:t xml:space="preserve"> </w:t>
      </w:r>
    </w:p>
    <w:p w:rsidR="00714001" w:rsidRDefault="001B400C">
      <w:r>
        <w:t xml:space="preserve">To create a user-friendly web application using Streamlit that allows users to generate images from text prompts leveraging </w:t>
      </w:r>
      <w:proofErr w:type="spellStart"/>
      <w:r>
        <w:t>OpenAI's</w:t>
      </w:r>
      <w:proofErr w:type="spellEnd"/>
      <w:r>
        <w:t xml:space="preserve"> DALL-E 3 API.</w:t>
      </w:r>
    </w:p>
    <w:p w:rsidR="00A36D9B" w:rsidRDefault="001B400C" w:rsidP="007002ED">
      <w:pPr>
        <w:pStyle w:val="Heading1"/>
      </w:pPr>
      <w:r>
        <w:t>Problem Statement:</w:t>
      </w:r>
      <w:r>
        <w:t xml:space="preserve">  </w:t>
      </w:r>
    </w:p>
    <w:p w:rsidR="00714001" w:rsidRDefault="001B400C">
      <w:r>
        <w:t>Creating</w:t>
      </w:r>
      <w:r>
        <w:t xml:space="preserve"> realistic and creative images from textual descriptions can be time-consuming and requires specialized skills.  This project aims to simplify this process by providing an accessible interface to a powerful image generation model.</w:t>
      </w:r>
    </w:p>
    <w:p w:rsidR="00A36D9B" w:rsidRDefault="001B400C" w:rsidP="007002ED">
      <w:pPr>
        <w:pStyle w:val="Heading1"/>
      </w:pPr>
      <w:r>
        <w:t>Proposed Solution:</w:t>
      </w:r>
      <w:r>
        <w:t xml:space="preserve"> </w:t>
      </w:r>
    </w:p>
    <w:p w:rsidR="00714001" w:rsidRDefault="001B400C">
      <w:r>
        <w:t>A</w:t>
      </w:r>
      <w:r>
        <w:t xml:space="preserve"> web application built with Streamlit will provide a simple text input field for users to enter their image prompts.  Upon clicking a "Generate" button, the application will send the prompt to the OpenAI DALL-E 3 API, receive the generated image URL, and d</w:t>
      </w:r>
      <w:r>
        <w:t>isplay it to the user. Error handling is implemented to gracefully manage API failures.</w:t>
      </w:r>
    </w:p>
    <w:p w:rsidR="00714001" w:rsidRDefault="001B400C" w:rsidP="007002ED">
      <w:pPr>
        <w:pStyle w:val="Heading1"/>
      </w:pPr>
      <w:r>
        <w:t>Methodology</w:t>
      </w:r>
      <w:r>
        <w:t>:</w:t>
      </w:r>
    </w:p>
    <w:p w:rsidR="00A36D9B" w:rsidRDefault="001B400C" w:rsidP="007002ED">
      <w:pPr>
        <w:pStyle w:val="Heading1"/>
      </w:pPr>
      <w:r>
        <w:t>Mod</w:t>
      </w:r>
      <w:r>
        <w:t>el Design:</w:t>
      </w:r>
      <w:r>
        <w:t xml:space="preserve"> </w:t>
      </w:r>
    </w:p>
    <w:p w:rsidR="00714001" w:rsidRDefault="001B400C">
      <w:r>
        <w:t>The core model (DALL-E 3) is a pre-trained diffusion model provided by OpenAI.  The application's design focuses on user interface and interaction with the API.</w:t>
      </w:r>
    </w:p>
    <w:p w:rsidR="00714001" w:rsidRDefault="001B400C" w:rsidP="007002ED">
      <w:pPr>
        <w:pStyle w:val="Heading1"/>
      </w:pPr>
      <w:r>
        <w:t>Tools and Technologies:</w:t>
      </w:r>
    </w:p>
    <w:p w:rsidR="00714001" w:rsidRDefault="001B400C" w:rsidP="007002ED">
      <w:pPr>
        <w:pStyle w:val="ListParagraph"/>
        <w:numPr>
          <w:ilvl w:val="0"/>
          <w:numId w:val="12"/>
        </w:numPr>
      </w:pPr>
      <w:r>
        <w:t>Python</w:t>
      </w:r>
    </w:p>
    <w:p w:rsidR="00714001" w:rsidRDefault="001B400C" w:rsidP="007002ED">
      <w:pPr>
        <w:pStyle w:val="ListParagraph"/>
        <w:numPr>
          <w:ilvl w:val="0"/>
          <w:numId w:val="12"/>
        </w:numPr>
      </w:pPr>
      <w:r>
        <w:t>Streamlit</w:t>
      </w:r>
    </w:p>
    <w:p w:rsidR="00714001" w:rsidRDefault="001B400C" w:rsidP="007002ED">
      <w:pPr>
        <w:pStyle w:val="ListParagraph"/>
        <w:numPr>
          <w:ilvl w:val="0"/>
          <w:numId w:val="12"/>
        </w:numPr>
      </w:pPr>
      <w:proofErr w:type="spellStart"/>
      <w:r>
        <w:t>OpenAI</w:t>
      </w:r>
      <w:proofErr w:type="spellEnd"/>
      <w:r>
        <w:t xml:space="preserve"> API (DALL-E 3)</w:t>
      </w:r>
    </w:p>
    <w:p w:rsidR="00714001" w:rsidRDefault="001B400C" w:rsidP="007002ED">
      <w:pPr>
        <w:pStyle w:val="ListParagraph"/>
        <w:numPr>
          <w:ilvl w:val="0"/>
          <w:numId w:val="12"/>
        </w:numPr>
      </w:pPr>
      <w:r>
        <w:t>`</w:t>
      </w:r>
      <w:proofErr w:type="spellStart"/>
      <w:r>
        <w:t>openai</w:t>
      </w:r>
      <w:proofErr w:type="spellEnd"/>
      <w:r>
        <w:t>` Python library</w:t>
      </w:r>
    </w:p>
    <w:p w:rsidR="00A36D9B" w:rsidRDefault="001B400C" w:rsidP="007002ED">
      <w:pPr>
        <w:pStyle w:val="Heading1"/>
      </w:pPr>
      <w:r>
        <w:t>Model Architecture:</w:t>
      </w:r>
      <w:r w:rsidR="00A36D9B">
        <w:t xml:space="preserve"> </w:t>
      </w:r>
    </w:p>
    <w:p w:rsidR="00714001" w:rsidRDefault="001B400C">
      <w:r>
        <w:t xml:space="preserve">The underlying model architecture of DALL-E 3 is proprietary </w:t>
      </w:r>
      <w:r>
        <w:t>and not publicly disclosed by OpenAI. It's a large-scale diffusion model capable of generating high-resolution images.</w:t>
      </w:r>
    </w:p>
    <w:p w:rsidR="00A36D9B" w:rsidRDefault="001B400C" w:rsidP="007002ED">
      <w:pPr>
        <w:pStyle w:val="Heading1"/>
      </w:pPr>
      <w:r>
        <w:lastRenderedPageBreak/>
        <w:t>Results &amp; Analysis:</w:t>
      </w:r>
      <w:r>
        <w:t xml:space="preserve"> </w:t>
      </w:r>
    </w:p>
    <w:p w:rsidR="00714001" w:rsidRDefault="001B400C">
      <w:r>
        <w:t>The application successfully generates images based on user input. The quality of the generated images depends solely on the capabilities of the DALL-E 3 model and the clarity of the user pro</w:t>
      </w:r>
      <w:r>
        <w:t xml:space="preserve">mpt.  The application's success is measured by its ease of use and reliable interaction with the </w:t>
      </w:r>
      <w:proofErr w:type="spellStart"/>
      <w:r>
        <w:t>OpenAI</w:t>
      </w:r>
      <w:proofErr w:type="spellEnd"/>
      <w:r>
        <w:t xml:space="preserve"> API.</w:t>
      </w:r>
    </w:p>
    <w:p w:rsidR="00A36D9B" w:rsidRDefault="001B400C" w:rsidP="007002ED">
      <w:pPr>
        <w:pStyle w:val="Heading1"/>
      </w:pPr>
      <w:r>
        <w:t>Application Deployment:</w:t>
      </w:r>
      <w:r>
        <w:t xml:space="preserve"> </w:t>
      </w:r>
    </w:p>
    <w:p w:rsidR="001B400C" w:rsidRDefault="001B400C" w:rsidP="001B400C">
      <w:r>
        <w:t xml:space="preserve">The </w:t>
      </w:r>
      <w:proofErr w:type="spellStart"/>
      <w:r>
        <w:t>Streamlit</w:t>
      </w:r>
      <w:proofErr w:type="spellEnd"/>
      <w:r>
        <w:t xml:space="preserve"> application was deployed on Hugging Face Spaces.  The app allows users to input and receive real-time predictions.</w:t>
      </w:r>
    </w:p>
    <w:p w:rsidR="001B400C" w:rsidRPr="00EB5392" w:rsidRDefault="001B400C" w:rsidP="001B400C">
      <w:pPr>
        <w:pStyle w:val="Heading2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>
        <w:t xml:space="preserve">Link: - </w:t>
      </w:r>
      <w:r w:rsidRPr="001B400C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https://huggingface.co/spaces/YAMITEK/Image_Generator_using_openai</w:t>
      </w:r>
    </w:p>
    <w:p w:rsidR="00A36D9B" w:rsidRDefault="001B400C" w:rsidP="007002ED">
      <w:pPr>
        <w:pStyle w:val="Heading1"/>
      </w:pPr>
      <w:r>
        <w:t>Key Insigh</w:t>
      </w:r>
      <w:bookmarkStart w:id="0" w:name="_GoBack"/>
      <w:bookmarkEnd w:id="0"/>
      <w:r>
        <w:t>ts &amp; Recommendations:</w:t>
      </w:r>
      <w:r>
        <w:t xml:space="preserve"> </w:t>
      </w:r>
    </w:p>
    <w:p w:rsidR="00714001" w:rsidRDefault="001B400C">
      <w:r>
        <w:t>The project demonstrates the ease of integrating powerful AI models into user-friendly applications using Streamlit.  Future iterations could incorporate features like pro</w:t>
      </w:r>
      <w:r>
        <w:t>mpt suggestions, image editing capabilities, and alternative model selection.</w:t>
      </w:r>
    </w:p>
    <w:p w:rsidR="00714001" w:rsidRDefault="001B400C" w:rsidP="007002ED">
      <w:pPr>
        <w:pStyle w:val="Heading1"/>
      </w:pPr>
      <w:r>
        <w:t>Future Scope:</w:t>
      </w:r>
    </w:p>
    <w:p w:rsidR="00714001" w:rsidRDefault="001B400C" w:rsidP="00A36D9B">
      <w:pPr>
        <w:pStyle w:val="ListParagraph"/>
        <w:numPr>
          <w:ilvl w:val="0"/>
          <w:numId w:val="10"/>
        </w:numPr>
      </w:pPr>
      <w:r>
        <w:t>Incorporate user feedback mechanisms.</w:t>
      </w:r>
    </w:p>
    <w:p w:rsidR="00714001" w:rsidRDefault="001B400C" w:rsidP="00A36D9B">
      <w:pPr>
        <w:pStyle w:val="ListParagraph"/>
        <w:numPr>
          <w:ilvl w:val="0"/>
          <w:numId w:val="10"/>
        </w:numPr>
      </w:pPr>
      <w:r>
        <w:t>Add options for different image sizes and styles.</w:t>
      </w:r>
    </w:p>
    <w:p w:rsidR="00714001" w:rsidRDefault="001B400C" w:rsidP="00A36D9B">
      <w:pPr>
        <w:pStyle w:val="ListParagraph"/>
        <w:numPr>
          <w:ilvl w:val="0"/>
          <w:numId w:val="10"/>
        </w:numPr>
      </w:pPr>
      <w:r>
        <w:t>Integrate image editing tools.</w:t>
      </w:r>
    </w:p>
    <w:p w:rsidR="00714001" w:rsidRDefault="001B400C" w:rsidP="00A36D9B">
      <w:pPr>
        <w:pStyle w:val="ListParagraph"/>
        <w:numPr>
          <w:ilvl w:val="0"/>
          <w:numId w:val="10"/>
        </w:numPr>
      </w:pPr>
      <w:r>
        <w:t>Allow users to save generated i</w:t>
      </w:r>
      <w:r>
        <w:t>mages.</w:t>
      </w:r>
    </w:p>
    <w:p w:rsidR="00714001" w:rsidRDefault="001B400C" w:rsidP="00A36D9B">
      <w:pPr>
        <w:pStyle w:val="ListParagraph"/>
        <w:numPr>
          <w:ilvl w:val="0"/>
          <w:numId w:val="10"/>
        </w:numPr>
      </w:pPr>
      <w:r>
        <w:t>Explore alternative image generation models.</w:t>
      </w:r>
    </w:p>
    <w:p w:rsidR="00A36D9B" w:rsidRDefault="001B400C" w:rsidP="007002ED">
      <w:pPr>
        <w:pStyle w:val="Heading1"/>
      </w:pPr>
      <w:r>
        <w:t>Conclusion:</w:t>
      </w:r>
      <w:r>
        <w:t xml:space="preserve"> </w:t>
      </w:r>
    </w:p>
    <w:p w:rsidR="00714001" w:rsidRDefault="001B400C">
      <w:r>
        <w:t>This project successfully created a functional and user-friendly image generation application leveraging the OpenAI DALL-E 3 API and Streamlit. The application provides a simple and eff</w:t>
      </w:r>
      <w:r>
        <w:t>icient way for users to generate images from text descriptions, highlighting the power and accessibility of AI-driven image generation.</w:t>
      </w:r>
    </w:p>
    <w:p w:rsidR="00714001" w:rsidRDefault="001B400C" w:rsidP="007002ED">
      <w:pPr>
        <w:pStyle w:val="Heading1"/>
      </w:pPr>
      <w:r>
        <w:t>References:</w:t>
      </w:r>
    </w:p>
    <w:p w:rsidR="00714001" w:rsidRDefault="001B400C" w:rsidP="00A36D9B">
      <w:pPr>
        <w:pStyle w:val="ListParagraph"/>
        <w:numPr>
          <w:ilvl w:val="0"/>
          <w:numId w:val="11"/>
        </w:numPr>
      </w:pPr>
      <w:proofErr w:type="spellStart"/>
      <w:r>
        <w:t>OpenAI</w:t>
      </w:r>
      <w:proofErr w:type="spellEnd"/>
      <w:r>
        <w:t xml:space="preserve"> API Documentation: [https://platform.openai.com/docs/api-reference</w:t>
      </w:r>
    </w:p>
    <w:p w:rsidR="00714001" w:rsidRDefault="00A36D9B" w:rsidP="00A36D9B">
      <w:pPr>
        <w:pStyle w:val="ListParagraph"/>
        <w:numPr>
          <w:ilvl w:val="0"/>
          <w:numId w:val="11"/>
        </w:numPr>
      </w:pPr>
      <w:proofErr w:type="spellStart"/>
      <w:r>
        <w:t>Streamlit</w:t>
      </w:r>
      <w:proofErr w:type="spellEnd"/>
      <w:r>
        <w:t xml:space="preserve"> Documentation: </w:t>
      </w:r>
      <w:r w:rsidR="001B400C">
        <w:t>https://docs.streamlit.</w:t>
      </w:r>
      <w:r>
        <w:t>io/](https://docs.streamlit.io/</w:t>
      </w:r>
    </w:p>
    <w:p w:rsidR="00714001" w:rsidRDefault="00714001"/>
    <w:p w:rsidR="00714001" w:rsidRDefault="00714001"/>
    <w:sectPr w:rsidR="0071400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BBA0060"/>
    <w:multiLevelType w:val="hybridMultilevel"/>
    <w:tmpl w:val="32D6A22C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535D4F"/>
    <w:multiLevelType w:val="hybridMultilevel"/>
    <w:tmpl w:val="E40A0B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F593B"/>
    <w:multiLevelType w:val="hybridMultilevel"/>
    <w:tmpl w:val="EA00B9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B400C"/>
    <w:rsid w:val="0029639D"/>
    <w:rsid w:val="00326F90"/>
    <w:rsid w:val="007002ED"/>
    <w:rsid w:val="00714001"/>
    <w:rsid w:val="00A36D9B"/>
    <w:rsid w:val="00AA1D8D"/>
    <w:rsid w:val="00B47730"/>
    <w:rsid w:val="00CB0664"/>
    <w:rsid w:val="00D229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35CFF0-25C4-404E-949D-1A8073FC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LENOVO</cp:lastModifiedBy>
  <cp:revision>6</cp:revision>
  <dcterms:created xsi:type="dcterms:W3CDTF">2025-05-13T07:26:00Z</dcterms:created>
  <dcterms:modified xsi:type="dcterms:W3CDTF">2025-05-13T07:35:00Z</dcterms:modified>
</cp:coreProperties>
</file>