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200" w:rsidRDefault="009C2200" w:rsidP="009C2200">
      <w:pPr>
        <w:pStyle w:val="Title"/>
      </w:pPr>
      <w:r>
        <w:t xml:space="preserve">Text Classification using </w:t>
      </w:r>
      <w:proofErr w:type="spellStart"/>
      <w:r>
        <w:t>LLaMA</w:t>
      </w:r>
      <w:proofErr w:type="spellEnd"/>
      <w:r>
        <w:t xml:space="preserve"> 2</w:t>
      </w:r>
    </w:p>
    <w:p w:rsidR="00ED08BD" w:rsidRDefault="00923ED1">
      <w:r w:rsidRPr="009C2200">
        <w:rPr>
          <w:rStyle w:val="Heading1Char"/>
        </w:rPr>
        <w:t>Project Title:</w:t>
      </w:r>
      <w:r>
        <w:t xml:space="preserve"> Text Cl</w:t>
      </w:r>
      <w:r w:rsidR="009C2200">
        <w:t xml:space="preserve">assification using </w:t>
      </w:r>
      <w:proofErr w:type="spellStart"/>
      <w:r w:rsidR="009C2200">
        <w:t>LLaMA</w:t>
      </w:r>
      <w:proofErr w:type="spellEnd"/>
      <w:r w:rsidR="009C2200">
        <w:t xml:space="preserve"> 2</w:t>
      </w:r>
    </w:p>
    <w:p w:rsidR="00705502" w:rsidRDefault="00923ED1" w:rsidP="00923ED1">
      <w:pPr>
        <w:pStyle w:val="Heading1"/>
      </w:pPr>
      <w:r>
        <w:t>Objective:</w:t>
      </w:r>
      <w:r>
        <w:t xml:space="preserve"> </w:t>
      </w:r>
    </w:p>
    <w:p w:rsidR="00ED08BD" w:rsidRDefault="00923ED1">
      <w:r>
        <w:t xml:space="preserve">To develop a Streamlit application that leverages the LLaMA 2 7B Chat model to classify input text into predefined categories. The application utilizes FP16 precision for </w:t>
      </w:r>
      <w:r>
        <w:t>optimized performance on CPU.</w:t>
      </w:r>
    </w:p>
    <w:p w:rsidR="00705502" w:rsidRDefault="00923ED1" w:rsidP="00923ED1">
      <w:pPr>
        <w:pStyle w:val="Heading1"/>
      </w:pPr>
      <w:r>
        <w:t>Problem Statement:</w:t>
      </w:r>
      <w:r>
        <w:t xml:space="preserve">  </w:t>
      </w:r>
    </w:p>
    <w:p w:rsidR="00ED08BD" w:rsidRDefault="00923ED1">
      <w:r>
        <w:t>Many applications require efficient and accurate text classification.  Existing solutions might lack the performance or accessibility needed for certain tasks or hardware limitations.  This project aim</w:t>
      </w:r>
      <w:r>
        <w:t>s to provide a readily deployable and performant solution using a powerful, readily available language model.</w:t>
      </w:r>
    </w:p>
    <w:p w:rsidR="00705502" w:rsidRDefault="00923ED1" w:rsidP="00923ED1">
      <w:pPr>
        <w:pStyle w:val="Heading1"/>
      </w:pPr>
      <w:r>
        <w:t>Proposed Solution:</w:t>
      </w:r>
      <w:r>
        <w:t xml:space="preserve">  </w:t>
      </w:r>
    </w:p>
    <w:p w:rsidR="00ED08BD" w:rsidRDefault="00923ED1">
      <w:r>
        <w:t xml:space="preserve">A </w:t>
      </w:r>
      <w:proofErr w:type="spellStart"/>
      <w:r>
        <w:t>Streamlit</w:t>
      </w:r>
      <w:proofErr w:type="spellEnd"/>
      <w:r>
        <w:t>-based web application that takes user input text and uses a prompt-based approach with the LLaMA 2 7B Chat m</w:t>
      </w:r>
      <w:r>
        <w:t>odel to classify the text into predefined categories.  The use of FP16 (half-precision floating-point) reduces memory consumption, enabling efficient operation on CPU resources.</w:t>
      </w:r>
    </w:p>
    <w:p w:rsidR="00705502" w:rsidRDefault="00923ED1" w:rsidP="00923ED1">
      <w:pPr>
        <w:pStyle w:val="Heading1"/>
      </w:pPr>
      <w:r>
        <w:t>Dataset Description:</w:t>
      </w:r>
      <w:r>
        <w:t xml:space="preserve"> </w:t>
      </w:r>
    </w:p>
    <w:p w:rsidR="00ED08BD" w:rsidRDefault="00923ED1">
      <w:r>
        <w:t>This application does not use a pre-t</w:t>
      </w:r>
      <w:r>
        <w:t>rained dataset for classification.  Instead, it relies on the model's inherent ability to understand and classify text based on the prompt provided.  The training data for the LLaMA 2 model is extensive and comes from a large corpus of text and code, detai</w:t>
      </w:r>
      <w:r>
        <w:t>ls of which are available on the Meta AI website.</w:t>
      </w:r>
    </w:p>
    <w:p w:rsidR="00ED08BD" w:rsidRDefault="00923ED1" w:rsidP="00923ED1">
      <w:pPr>
        <w:pStyle w:val="Heading1"/>
      </w:pPr>
      <w:r>
        <w:t>Methodology:</w:t>
      </w:r>
    </w:p>
    <w:p w:rsidR="00705502" w:rsidRDefault="00923ED1" w:rsidP="00923ED1">
      <w:pPr>
        <w:pStyle w:val="Heading1"/>
      </w:pPr>
      <w:r>
        <w:t>Model Design:</w:t>
      </w:r>
      <w:r>
        <w:t xml:space="preserve"> </w:t>
      </w:r>
    </w:p>
    <w:p w:rsidR="00ED08BD" w:rsidRDefault="00923ED1">
      <w:r>
        <w:t>The core model is the pre-trained LLaMA 2 7B Chat model from Meta AI.  No custom model training or fine-tunin</w:t>
      </w:r>
      <w:r>
        <w:t>g is done in this application.</w:t>
      </w:r>
    </w:p>
    <w:p w:rsidR="00ED08BD" w:rsidRDefault="00923ED1" w:rsidP="00923ED1">
      <w:pPr>
        <w:pStyle w:val="Heading1"/>
      </w:pPr>
      <w:r>
        <w:t>Tools and Technologies:</w:t>
      </w:r>
    </w:p>
    <w:p w:rsidR="00ED08BD" w:rsidRDefault="00923ED1" w:rsidP="00705502">
      <w:pPr>
        <w:pStyle w:val="ListParagraph"/>
        <w:numPr>
          <w:ilvl w:val="0"/>
          <w:numId w:val="10"/>
        </w:numPr>
      </w:pPr>
      <w:r>
        <w:t>Python</w:t>
      </w:r>
    </w:p>
    <w:p w:rsidR="00ED08BD" w:rsidRDefault="00923ED1" w:rsidP="00705502">
      <w:pPr>
        <w:pStyle w:val="ListParagraph"/>
        <w:numPr>
          <w:ilvl w:val="0"/>
          <w:numId w:val="10"/>
        </w:numPr>
      </w:pPr>
      <w:r>
        <w:lastRenderedPageBreak/>
        <w:t>Streamlit</w:t>
      </w:r>
    </w:p>
    <w:p w:rsidR="00ED08BD" w:rsidRDefault="00923ED1" w:rsidP="00705502">
      <w:pPr>
        <w:pStyle w:val="ListParagraph"/>
        <w:numPr>
          <w:ilvl w:val="0"/>
          <w:numId w:val="10"/>
        </w:numPr>
      </w:pPr>
      <w:proofErr w:type="spellStart"/>
      <w:r>
        <w:t>PyTorch</w:t>
      </w:r>
      <w:proofErr w:type="spellEnd"/>
    </w:p>
    <w:p w:rsidR="00ED08BD" w:rsidRDefault="00923ED1" w:rsidP="00705502">
      <w:pPr>
        <w:pStyle w:val="ListParagraph"/>
        <w:numPr>
          <w:ilvl w:val="0"/>
          <w:numId w:val="10"/>
        </w:numPr>
      </w:pPr>
      <w:r>
        <w:t>Transformers library (Hugging Face)</w:t>
      </w:r>
    </w:p>
    <w:p w:rsidR="00ED08BD" w:rsidRDefault="00923ED1" w:rsidP="00705502">
      <w:pPr>
        <w:pStyle w:val="ListParagraph"/>
        <w:numPr>
          <w:ilvl w:val="0"/>
          <w:numId w:val="10"/>
        </w:numPr>
      </w:pPr>
      <w:r>
        <w:t>Hugging Face Hub</w:t>
      </w:r>
    </w:p>
    <w:p w:rsidR="00ED08BD" w:rsidRDefault="00923ED1" w:rsidP="00923ED1">
      <w:pPr>
        <w:pStyle w:val="ListParagraph"/>
        <w:numPr>
          <w:ilvl w:val="0"/>
          <w:numId w:val="10"/>
        </w:numPr>
      </w:pPr>
      <w:proofErr w:type="spellStart"/>
      <w:r>
        <w:t>LLaMA</w:t>
      </w:r>
      <w:proofErr w:type="spellEnd"/>
      <w:r>
        <w:t xml:space="preserve"> 2 7B Cha</w:t>
      </w:r>
      <w:r>
        <w:t>t model</w:t>
      </w:r>
    </w:p>
    <w:p w:rsidR="00705502" w:rsidRDefault="00923ED1" w:rsidP="00923ED1">
      <w:pPr>
        <w:pStyle w:val="Heading1"/>
      </w:pPr>
      <w:r>
        <w:t>Model Architecture:</w:t>
      </w:r>
      <w:r>
        <w:t xml:space="preserve"> </w:t>
      </w:r>
    </w:p>
    <w:p w:rsidR="00ED08BD" w:rsidRDefault="00923ED1">
      <w:r>
        <w:t xml:space="preserve">The </w:t>
      </w:r>
      <w:proofErr w:type="spellStart"/>
      <w:r>
        <w:t>LLaMA</w:t>
      </w:r>
      <w:proofErr w:type="spellEnd"/>
      <w:r>
        <w:t xml:space="preserve"> 2 7B Chat model is a large language model based on the Transformer architecture.  Specific details about the number of layers, hidden units, and attention heads are available in the model's documentation on </w:t>
      </w:r>
      <w:r>
        <w:t>Hugging Face.</w:t>
      </w:r>
    </w:p>
    <w:p w:rsidR="00705502" w:rsidRDefault="00923ED1" w:rsidP="00923ED1">
      <w:pPr>
        <w:pStyle w:val="Heading1"/>
      </w:pPr>
      <w:r>
        <w:t>Results &amp; Analysis:</w:t>
      </w:r>
      <w:r>
        <w:t xml:space="preserve">  </w:t>
      </w:r>
    </w:p>
    <w:p w:rsidR="00ED08BD" w:rsidRDefault="00923ED1">
      <w:r>
        <w:t>The application o</w:t>
      </w:r>
      <w:r>
        <w:t>utputs a predicted class label based on the model's generation. The accuracy and reliability of the classification depend entirely on the quality of the LLaMA 2 Chat model and the clarity of the prompt.  No quantitative analysis is performed within this pr</w:t>
      </w:r>
      <w:r>
        <w:t>oject.</w:t>
      </w:r>
    </w:p>
    <w:p w:rsidR="00705502" w:rsidRDefault="00923ED1" w:rsidP="00923ED1">
      <w:pPr>
        <w:pStyle w:val="Heading1"/>
      </w:pPr>
      <w:r>
        <w:t>Application Deployment:</w:t>
      </w:r>
      <w:r>
        <w:t xml:space="preserve"> </w:t>
      </w:r>
    </w:p>
    <w:p w:rsidR="00705502" w:rsidRDefault="00705502" w:rsidP="00705502">
      <w:r w:rsidRPr="00DC3941">
        <w:t xml:space="preserve">The application is deployed using </w:t>
      </w:r>
      <w:proofErr w:type="spellStart"/>
      <w:r w:rsidRPr="00DC3941">
        <w:t>Streamlit</w:t>
      </w:r>
      <w:proofErr w:type="spellEnd"/>
      <w:r w:rsidRPr="00DC3941">
        <w:t>, creating a user-friendly web interface.  The user provides a text prompt, the model generates text, and the result is displayed on the page.</w:t>
      </w:r>
    </w:p>
    <w:p w:rsidR="00ED08BD" w:rsidRDefault="00705502">
      <w:r>
        <w:t xml:space="preserve">Link:-  </w:t>
      </w:r>
      <w:r w:rsidR="00923ED1" w:rsidRPr="00923ED1">
        <w:t>https://huggingface.co/spaces/YAMITEK/LLaMA2_text_classification</w:t>
      </w:r>
      <w:bookmarkStart w:id="0" w:name="_GoBack"/>
      <w:bookmarkEnd w:id="0"/>
    </w:p>
    <w:p w:rsidR="00ED08BD" w:rsidRDefault="00923ED1" w:rsidP="00923ED1">
      <w:pPr>
        <w:pStyle w:val="Heading1"/>
      </w:pPr>
      <w:r>
        <w:t>Key Insights &amp; Recommendations:</w:t>
      </w:r>
    </w:p>
    <w:p w:rsidR="00ED08BD" w:rsidRDefault="00923ED1" w:rsidP="00705502">
      <w:pPr>
        <w:pStyle w:val="ListParagraph"/>
        <w:numPr>
          <w:ilvl w:val="0"/>
          <w:numId w:val="11"/>
        </w:numPr>
      </w:pPr>
      <w:r>
        <w:t>Prompt engineering is crucial for achieving accurate results.  The effectiveness of th</w:t>
      </w:r>
      <w:r>
        <w:t>e classification depends heavily on how the prompt is constructed.</w:t>
      </w:r>
    </w:p>
    <w:p w:rsidR="00ED08BD" w:rsidRDefault="00923ED1" w:rsidP="00705502">
      <w:pPr>
        <w:pStyle w:val="ListParagraph"/>
        <w:numPr>
          <w:ilvl w:val="0"/>
          <w:numId w:val="11"/>
        </w:numPr>
      </w:pPr>
      <w:r>
        <w:t>The use of FP16 precision significantly reduces the memory footprint, making the model accessible to users with limited computational resources.</w:t>
      </w:r>
    </w:p>
    <w:p w:rsidR="00ED08BD" w:rsidRDefault="00923ED1" w:rsidP="00923ED1">
      <w:pPr>
        <w:pStyle w:val="ListParagraph"/>
        <w:numPr>
          <w:ilvl w:val="0"/>
          <w:numId w:val="11"/>
        </w:numPr>
      </w:pPr>
      <w:r>
        <w:t>Further improvements could involve fine</w:t>
      </w:r>
      <w:r>
        <w:t>-tuning the LLaMA 2 model on a specific dataset relevant to the desired classification tasks for better performance in niche areas.</w:t>
      </w:r>
    </w:p>
    <w:p w:rsidR="00ED08BD" w:rsidRDefault="00923ED1" w:rsidP="00923ED1">
      <w:pPr>
        <w:pStyle w:val="Heading1"/>
      </w:pPr>
      <w:r>
        <w:t>Future Scope:</w:t>
      </w:r>
    </w:p>
    <w:p w:rsidR="00ED08BD" w:rsidRDefault="00923ED1" w:rsidP="00705502">
      <w:pPr>
        <w:pStyle w:val="ListParagraph"/>
        <w:numPr>
          <w:ilvl w:val="0"/>
          <w:numId w:val="13"/>
        </w:numPr>
      </w:pPr>
      <w:r>
        <w:t>Implement a user interface for specifying custom classification categories.</w:t>
      </w:r>
    </w:p>
    <w:p w:rsidR="00ED08BD" w:rsidRDefault="00923ED1" w:rsidP="00705502">
      <w:pPr>
        <w:pStyle w:val="ListParagraph"/>
        <w:numPr>
          <w:ilvl w:val="0"/>
          <w:numId w:val="13"/>
        </w:numPr>
      </w:pPr>
      <w:r>
        <w:t>Integrate a confidence s</w:t>
      </w:r>
      <w:r>
        <w:t>core to indicate the model's certainty in its prediction.</w:t>
      </w:r>
    </w:p>
    <w:p w:rsidR="00ED08BD" w:rsidRDefault="00923ED1" w:rsidP="00705502">
      <w:pPr>
        <w:pStyle w:val="ListParagraph"/>
        <w:numPr>
          <w:ilvl w:val="0"/>
          <w:numId w:val="13"/>
        </w:numPr>
      </w:pPr>
      <w:r>
        <w:t>Add functionality for handling more complex classification tasks.</w:t>
      </w:r>
    </w:p>
    <w:p w:rsidR="00ED08BD" w:rsidRDefault="00923ED1" w:rsidP="00705502">
      <w:pPr>
        <w:pStyle w:val="ListParagraph"/>
        <w:numPr>
          <w:ilvl w:val="0"/>
          <w:numId w:val="13"/>
        </w:numPr>
      </w:pPr>
      <w:r>
        <w:t>Explore different prompt engineering techniques to improve accuracy.</w:t>
      </w:r>
    </w:p>
    <w:p w:rsidR="00ED08BD" w:rsidRDefault="00923ED1" w:rsidP="00923ED1">
      <w:pPr>
        <w:pStyle w:val="ListParagraph"/>
        <w:numPr>
          <w:ilvl w:val="0"/>
          <w:numId w:val="13"/>
        </w:numPr>
      </w:pPr>
      <w:r>
        <w:t>Fine-tune the model on a specific domain-specific dataset</w:t>
      </w:r>
      <w:r>
        <w:t xml:space="preserve"> for better results.</w:t>
      </w:r>
    </w:p>
    <w:p w:rsidR="00705502" w:rsidRDefault="00923ED1" w:rsidP="00923ED1">
      <w:pPr>
        <w:pStyle w:val="Heading1"/>
      </w:pPr>
      <w:r>
        <w:lastRenderedPageBreak/>
        <w:t>Conclusion:</w:t>
      </w:r>
      <w:r>
        <w:t xml:space="preserve"> </w:t>
      </w:r>
    </w:p>
    <w:p w:rsidR="00ED08BD" w:rsidRDefault="00923ED1">
      <w:r>
        <w:t xml:space="preserve">This project successfully demonstrates the deployment of a powerful language model for text classification within a user-friendly Streamlit application. The use of FP16 allows for efficient execution even on CPU-based </w:t>
      </w:r>
      <w:r>
        <w:t>systems.  The accuracy and effectiveness are primarily determined by the underlying pre-trained LLaMA 2 model and the design of the prompt.</w:t>
      </w:r>
    </w:p>
    <w:p w:rsidR="00ED08BD" w:rsidRDefault="00923ED1" w:rsidP="00923ED1">
      <w:pPr>
        <w:pStyle w:val="Heading1"/>
      </w:pPr>
      <w:r>
        <w:t>References:</w:t>
      </w:r>
    </w:p>
    <w:p w:rsidR="00ED08BD" w:rsidRDefault="00923ED1" w:rsidP="00705502">
      <w:pPr>
        <w:pStyle w:val="ListParagraph"/>
        <w:numPr>
          <w:ilvl w:val="0"/>
          <w:numId w:val="14"/>
        </w:numPr>
      </w:pPr>
      <w:r>
        <w:t xml:space="preserve">Meta AI: Llama 2 model documentation </w:t>
      </w:r>
    </w:p>
    <w:p w:rsidR="00ED08BD" w:rsidRDefault="00923ED1" w:rsidP="00705502">
      <w:pPr>
        <w:pStyle w:val="ListParagraph"/>
        <w:numPr>
          <w:ilvl w:val="0"/>
          <w:numId w:val="14"/>
        </w:numPr>
      </w:pPr>
      <w:r>
        <w:t xml:space="preserve">Hugging Face: </w:t>
      </w:r>
      <w:r>
        <w:t xml:space="preserve">Transformers library documentation </w:t>
      </w:r>
    </w:p>
    <w:p w:rsidR="00ED08BD" w:rsidRDefault="00923ED1" w:rsidP="00705502">
      <w:pPr>
        <w:pStyle w:val="ListParagraph"/>
        <w:numPr>
          <w:ilvl w:val="0"/>
          <w:numId w:val="14"/>
        </w:numPr>
      </w:pPr>
      <w:proofErr w:type="spellStart"/>
      <w:r>
        <w:t>Streamlit</w:t>
      </w:r>
      <w:proofErr w:type="spellEnd"/>
      <w:r>
        <w:t xml:space="preserve"> documentation</w:t>
      </w:r>
    </w:p>
    <w:p w:rsidR="00ED08BD" w:rsidRDefault="00ED08BD"/>
    <w:p w:rsidR="00ED08BD" w:rsidRDefault="00ED08BD"/>
    <w:sectPr w:rsidR="00ED08B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E2254C3"/>
    <w:multiLevelType w:val="hybridMultilevel"/>
    <w:tmpl w:val="23CA40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FC2B04"/>
    <w:multiLevelType w:val="hybridMultilevel"/>
    <w:tmpl w:val="D012FCDC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63044A"/>
    <w:multiLevelType w:val="hybridMultilevel"/>
    <w:tmpl w:val="92F2D4E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D3340E"/>
    <w:multiLevelType w:val="hybridMultilevel"/>
    <w:tmpl w:val="903E2EE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D35506"/>
    <w:multiLevelType w:val="hybridMultilevel"/>
    <w:tmpl w:val="3F42442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2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05502"/>
    <w:rsid w:val="00923ED1"/>
    <w:rsid w:val="009C2200"/>
    <w:rsid w:val="00AA1D8D"/>
    <w:rsid w:val="00B47730"/>
    <w:rsid w:val="00CB0664"/>
    <w:rsid w:val="00ED08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5A72DA-28D8-4682-A914-DE5369B83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LENOVO</cp:lastModifiedBy>
  <cp:revision>4</cp:revision>
  <dcterms:created xsi:type="dcterms:W3CDTF">2025-05-13T08:27:00Z</dcterms:created>
  <dcterms:modified xsi:type="dcterms:W3CDTF">2025-05-13T08:33:00Z</dcterms:modified>
</cp:coreProperties>
</file>