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82AE0A" w14:textId="03BE5A8B" w:rsidR="00E531EF" w:rsidRPr="00E531EF" w:rsidRDefault="00E531EF" w:rsidP="00E531EF">
      <w:pPr>
        <w:jc w:val="center"/>
        <w:rPr>
          <w:b/>
          <w:bCs/>
          <w:sz w:val="44"/>
          <w:szCs w:val="44"/>
          <w:u w:val="single"/>
        </w:rPr>
      </w:pPr>
      <w:r w:rsidRPr="00E531EF">
        <w:rPr>
          <w:b/>
          <w:bCs/>
          <w:sz w:val="44"/>
          <w:szCs w:val="44"/>
          <w:u w:val="single"/>
        </w:rPr>
        <w:t>AI</w:t>
      </w:r>
      <w:r>
        <w:rPr>
          <w:b/>
          <w:bCs/>
          <w:sz w:val="44"/>
          <w:szCs w:val="44"/>
          <w:u w:val="single"/>
        </w:rPr>
        <w:t xml:space="preserve"> </w:t>
      </w:r>
      <w:r w:rsidRPr="00E531EF">
        <w:rPr>
          <w:b/>
          <w:bCs/>
          <w:sz w:val="44"/>
          <w:szCs w:val="44"/>
          <w:u w:val="single"/>
        </w:rPr>
        <w:t>-Based Video Script Generator</w:t>
      </w:r>
    </w:p>
    <w:p w14:paraId="3096584C" w14:textId="1B552BEC" w:rsidR="00323386" w:rsidRPr="00B10FB5" w:rsidRDefault="00210371" w:rsidP="00E531EF">
      <w:pPr>
        <w:rPr>
          <w:sz w:val="26"/>
          <w:szCs w:val="26"/>
        </w:rPr>
      </w:pPr>
      <w:r w:rsidRPr="00B10FB5">
        <w:rPr>
          <w:rStyle w:val="Heading1Char"/>
        </w:rPr>
        <w:t xml:space="preserve">Project Title: </w:t>
      </w:r>
      <w:r w:rsidRPr="00B10FB5">
        <w:rPr>
          <w:sz w:val="26"/>
          <w:szCs w:val="26"/>
        </w:rPr>
        <w:t>Blog Post to Video Script Generator</w:t>
      </w:r>
    </w:p>
    <w:p w14:paraId="37A470C2" w14:textId="77777777" w:rsidR="00B10FB5" w:rsidRPr="003476AE" w:rsidRDefault="00210371" w:rsidP="003476AE">
      <w:pPr>
        <w:pStyle w:val="Heading1"/>
        <w:rPr>
          <w:rStyle w:val="Heading1Char"/>
          <w:b/>
          <w:bCs/>
        </w:rPr>
      </w:pPr>
      <w:r w:rsidRPr="003476AE">
        <w:rPr>
          <w:rStyle w:val="Heading1Char"/>
          <w:b/>
          <w:bCs/>
        </w:rPr>
        <w:t xml:space="preserve">Objective: </w:t>
      </w:r>
    </w:p>
    <w:p w14:paraId="54688337" w14:textId="7BEDC658" w:rsidR="00323386" w:rsidRPr="00B10FB5" w:rsidRDefault="00210371" w:rsidP="00B10FB5">
      <w:pPr>
        <w:rPr>
          <w:sz w:val="26"/>
          <w:szCs w:val="26"/>
        </w:rPr>
      </w:pPr>
      <w:r w:rsidRPr="00B10FB5">
        <w:rPr>
          <w:sz w:val="26"/>
          <w:szCs w:val="26"/>
        </w:rPr>
        <w:t>To create a Streamlit web application that leverages OpenAI's API to automatically generate concise and engaging video scripts from user-provided blog posts.</w:t>
      </w:r>
      <w:r w:rsidR="00B10FB5">
        <w:tab/>
      </w:r>
    </w:p>
    <w:p w14:paraId="1A4FA15A" w14:textId="77777777" w:rsidR="00B10FB5" w:rsidRPr="003476AE" w:rsidRDefault="00210371">
      <w:pPr>
        <w:rPr>
          <w:rStyle w:val="Heading1Char"/>
        </w:rPr>
      </w:pPr>
      <w:r w:rsidRPr="003476AE">
        <w:rPr>
          <w:rStyle w:val="Heading1Char"/>
        </w:rPr>
        <w:t xml:space="preserve">Problem Statement: </w:t>
      </w:r>
    </w:p>
    <w:p w14:paraId="3DF74C1E" w14:textId="6BDF1733" w:rsidR="00323386" w:rsidRPr="00B10FB5" w:rsidRDefault="00210371">
      <w:pPr>
        <w:rPr>
          <w:sz w:val="26"/>
          <w:szCs w:val="26"/>
        </w:rPr>
      </w:pPr>
      <w:r w:rsidRPr="00B10FB5">
        <w:rPr>
          <w:rStyle w:val="Heading1Char"/>
        </w:rPr>
        <w:t xml:space="preserve"> </w:t>
      </w:r>
      <w:r w:rsidRPr="00B10FB5">
        <w:rPr>
          <w:sz w:val="26"/>
          <w:szCs w:val="26"/>
        </w:rPr>
        <w:t>Creating video scripts from long-form blog posts can be time-consuming and require significant effort in rewriting and summarizing content.  This project aims to automate this process, saving time and effort for content creators.</w:t>
      </w:r>
    </w:p>
    <w:p w14:paraId="53158BAB" w14:textId="77777777" w:rsidR="00B10FB5" w:rsidRDefault="00210371">
      <w:pPr>
        <w:rPr>
          <w:rStyle w:val="Heading1Char"/>
        </w:rPr>
      </w:pPr>
      <w:r w:rsidRPr="00B10FB5">
        <w:rPr>
          <w:rStyle w:val="Heading1Char"/>
        </w:rPr>
        <w:t xml:space="preserve">Proposed Solution: </w:t>
      </w:r>
    </w:p>
    <w:p w14:paraId="1235744B" w14:textId="6FF2ED0C" w:rsidR="00323386" w:rsidRPr="00B10FB5" w:rsidRDefault="00210371">
      <w:pPr>
        <w:rPr>
          <w:sz w:val="26"/>
          <w:szCs w:val="26"/>
        </w:rPr>
      </w:pPr>
      <w:r w:rsidRPr="00B10FB5">
        <w:rPr>
          <w:sz w:val="26"/>
          <w:szCs w:val="26"/>
        </w:rPr>
        <w:t>A Streamlit-based web application that takes a blog post as input and uses OpenAI's GPT-3.5-turbo (or similar) model to generate a corresponding video script. The generated script is optimized for brevity and engagement, suitable for video format.</w:t>
      </w:r>
    </w:p>
    <w:p w14:paraId="4DCC3DC0" w14:textId="557CDBE5" w:rsidR="00323386" w:rsidRPr="00B10FB5" w:rsidRDefault="00210371" w:rsidP="00E531EF">
      <w:pPr>
        <w:pStyle w:val="Heading1"/>
      </w:pPr>
      <w:r w:rsidRPr="00B10FB5">
        <w:t>Methodology:</w:t>
      </w:r>
    </w:p>
    <w:p w14:paraId="5F4F42AC" w14:textId="77777777" w:rsidR="00B10FB5" w:rsidRDefault="00210371">
      <w:pPr>
        <w:rPr>
          <w:rStyle w:val="Heading2Char"/>
        </w:rPr>
      </w:pPr>
      <w:r w:rsidRPr="00B10FB5">
        <w:rPr>
          <w:rStyle w:val="Heading2Char"/>
        </w:rPr>
        <w:t xml:space="preserve"> Data Preprocessing:  </w:t>
      </w:r>
    </w:p>
    <w:p w14:paraId="2F69D5B4" w14:textId="6DE0ACBA" w:rsidR="00323386" w:rsidRPr="00B10FB5" w:rsidRDefault="00210371">
      <w:pPr>
        <w:rPr>
          <w:sz w:val="26"/>
          <w:szCs w:val="26"/>
        </w:rPr>
      </w:pPr>
      <w:r w:rsidRPr="00B10FB5">
        <w:rPr>
          <w:sz w:val="26"/>
          <w:szCs w:val="26"/>
        </w:rPr>
        <w:t>preprocessing is done on the blog post input within the provided code.  The input is directly passed to the OpenAI API.  Implicit preprocessing occurs within the OpenAI model.</w:t>
      </w:r>
    </w:p>
    <w:p w14:paraId="38EBCEDC" w14:textId="77777777" w:rsidR="00B10FB5" w:rsidRDefault="00210371">
      <w:pPr>
        <w:rPr>
          <w:sz w:val="26"/>
          <w:szCs w:val="26"/>
        </w:rPr>
      </w:pPr>
      <w:r w:rsidRPr="00B10FB5">
        <w:rPr>
          <w:rStyle w:val="Heading2Char"/>
        </w:rPr>
        <w:t xml:space="preserve">Model Design: </w:t>
      </w:r>
      <w:r w:rsidRPr="00B10FB5">
        <w:rPr>
          <w:sz w:val="26"/>
          <w:szCs w:val="26"/>
        </w:rPr>
        <w:t xml:space="preserve"> </w:t>
      </w:r>
    </w:p>
    <w:p w14:paraId="1D23496D" w14:textId="75E45C98" w:rsidR="00323386" w:rsidRPr="00B10FB5" w:rsidRDefault="00210371">
      <w:pPr>
        <w:rPr>
          <w:sz w:val="26"/>
          <w:szCs w:val="26"/>
        </w:rPr>
      </w:pPr>
      <w:r w:rsidRPr="00B10FB5">
        <w:rPr>
          <w:sz w:val="26"/>
          <w:szCs w:val="26"/>
        </w:rPr>
        <w:t>The model used is OpenAI's GPT-3.5-turbo (or a specified alternative), a pre-trained large language model.  The application does not design or train a model itself.</w:t>
      </w:r>
    </w:p>
    <w:p w14:paraId="5EE3B296" w14:textId="77777777" w:rsidR="003476AE" w:rsidRDefault="003476AE" w:rsidP="00E531EF">
      <w:pPr>
        <w:pStyle w:val="Heading1"/>
      </w:pPr>
    </w:p>
    <w:p w14:paraId="2CBE5035" w14:textId="0E86A7E5" w:rsidR="00323386" w:rsidRPr="00B10FB5" w:rsidRDefault="00210371" w:rsidP="00E531EF">
      <w:pPr>
        <w:pStyle w:val="Heading1"/>
      </w:pPr>
      <w:r w:rsidRPr="00B10FB5">
        <w:t>Tools and Technologies:</w:t>
      </w:r>
    </w:p>
    <w:p w14:paraId="1C17D3E7" w14:textId="39BA48D3" w:rsidR="00323386" w:rsidRPr="00B10FB5" w:rsidRDefault="00210371" w:rsidP="00B10FB5">
      <w:pPr>
        <w:pStyle w:val="ListParagraph"/>
        <w:numPr>
          <w:ilvl w:val="0"/>
          <w:numId w:val="10"/>
        </w:numPr>
        <w:rPr>
          <w:sz w:val="26"/>
          <w:szCs w:val="26"/>
        </w:rPr>
      </w:pPr>
      <w:r w:rsidRPr="00B10FB5">
        <w:rPr>
          <w:sz w:val="26"/>
          <w:szCs w:val="26"/>
        </w:rPr>
        <w:t>Python</w:t>
      </w:r>
    </w:p>
    <w:p w14:paraId="592905CE" w14:textId="2238BE70" w:rsidR="00323386" w:rsidRPr="00B10FB5" w:rsidRDefault="00210371" w:rsidP="00B10FB5">
      <w:pPr>
        <w:pStyle w:val="ListParagraph"/>
        <w:numPr>
          <w:ilvl w:val="0"/>
          <w:numId w:val="10"/>
        </w:numPr>
        <w:rPr>
          <w:sz w:val="26"/>
          <w:szCs w:val="26"/>
        </w:rPr>
      </w:pPr>
      <w:r w:rsidRPr="00B10FB5">
        <w:rPr>
          <w:sz w:val="26"/>
          <w:szCs w:val="26"/>
        </w:rPr>
        <w:t>Streamlit</w:t>
      </w:r>
    </w:p>
    <w:p w14:paraId="15D09538" w14:textId="46192C8C" w:rsidR="00323386" w:rsidRPr="00B10FB5" w:rsidRDefault="00210371" w:rsidP="00B10FB5">
      <w:pPr>
        <w:pStyle w:val="ListParagraph"/>
        <w:numPr>
          <w:ilvl w:val="0"/>
          <w:numId w:val="10"/>
        </w:numPr>
        <w:rPr>
          <w:sz w:val="26"/>
          <w:szCs w:val="26"/>
        </w:rPr>
      </w:pPr>
      <w:r w:rsidRPr="00B10FB5">
        <w:rPr>
          <w:sz w:val="26"/>
          <w:szCs w:val="26"/>
        </w:rPr>
        <w:t>OpenAI API</w:t>
      </w:r>
    </w:p>
    <w:p w14:paraId="30E71FA6" w14:textId="0DB6B370" w:rsidR="00323386" w:rsidRPr="003476AE" w:rsidRDefault="00210371" w:rsidP="003476AE">
      <w:pPr>
        <w:pStyle w:val="ListParagraph"/>
        <w:numPr>
          <w:ilvl w:val="0"/>
          <w:numId w:val="10"/>
        </w:numPr>
        <w:rPr>
          <w:sz w:val="26"/>
          <w:szCs w:val="26"/>
        </w:rPr>
      </w:pPr>
      <w:r w:rsidRPr="00B10FB5">
        <w:rPr>
          <w:sz w:val="26"/>
          <w:szCs w:val="26"/>
        </w:rPr>
        <w:t>GPT-3.5-turbo (or similar OpenAI model)</w:t>
      </w:r>
    </w:p>
    <w:p w14:paraId="3B0E762B" w14:textId="77777777" w:rsidR="00B10FB5" w:rsidRDefault="00210371">
      <w:pPr>
        <w:rPr>
          <w:rStyle w:val="Heading1Char"/>
        </w:rPr>
      </w:pPr>
      <w:bookmarkStart w:id="0" w:name="_GoBack"/>
      <w:bookmarkEnd w:id="0"/>
      <w:r w:rsidRPr="00B10FB5">
        <w:rPr>
          <w:rStyle w:val="Heading1Char"/>
        </w:rPr>
        <w:t>Results &amp; Analysis:</w:t>
      </w:r>
    </w:p>
    <w:p w14:paraId="652D0784" w14:textId="493C4CCC" w:rsidR="00323386" w:rsidRPr="00B10FB5" w:rsidRDefault="00210371">
      <w:pPr>
        <w:rPr>
          <w:sz w:val="26"/>
          <w:szCs w:val="26"/>
        </w:rPr>
      </w:pPr>
      <w:r w:rsidRPr="00B10FB5">
        <w:rPr>
          <w:rStyle w:val="Heading1Char"/>
        </w:rPr>
        <w:t xml:space="preserve"> </w:t>
      </w:r>
      <w:r w:rsidRPr="00B10FB5">
        <w:rPr>
          <w:sz w:val="26"/>
          <w:szCs w:val="26"/>
        </w:rPr>
        <w:t>The application generates a video script based on the input blog post. The quality of the generated script depends on the quality and clarity of the input blog post and the capabilities of the OpenAI model.  No quantitative analysis of results is performed within the provided code.</w:t>
      </w:r>
    </w:p>
    <w:p w14:paraId="0B8631AA" w14:textId="295B0255" w:rsidR="00323386" w:rsidRDefault="00210371">
      <w:pPr>
        <w:rPr>
          <w:rStyle w:val="Heading1Char"/>
        </w:rPr>
      </w:pPr>
      <w:r w:rsidRPr="00B10FB5">
        <w:rPr>
          <w:rStyle w:val="Heading1Char"/>
        </w:rPr>
        <w:t xml:space="preserve">Application Deployment: </w:t>
      </w:r>
    </w:p>
    <w:p w14:paraId="798BCD6C" w14:textId="0148C93F" w:rsidR="00B10FB5" w:rsidRPr="00B10FB5" w:rsidRDefault="00B10FB5">
      <w:pPr>
        <w:rPr>
          <w:sz w:val="26"/>
          <w:szCs w:val="26"/>
        </w:rPr>
      </w:pPr>
      <w:r w:rsidRPr="001452E6">
        <w:rPr>
          <w:sz w:val="26"/>
          <w:szCs w:val="26"/>
        </w:rPr>
        <w:t>A Streamlit web application provides a user interface where users can input Python code snippets and receive generated code completions.</w:t>
      </w:r>
    </w:p>
    <w:p w14:paraId="362C1103" w14:textId="78C540A1" w:rsidR="00323386" w:rsidRPr="00B10FB5" w:rsidRDefault="00B10FB5">
      <w:pPr>
        <w:rPr>
          <w:sz w:val="26"/>
          <w:szCs w:val="26"/>
        </w:rPr>
      </w:pPr>
      <w:proofErr w:type="gramStart"/>
      <w:r>
        <w:rPr>
          <w:sz w:val="26"/>
          <w:szCs w:val="26"/>
        </w:rPr>
        <w:t>Link :</w:t>
      </w:r>
      <w:proofErr w:type="gramEnd"/>
      <w:r>
        <w:rPr>
          <w:sz w:val="26"/>
          <w:szCs w:val="26"/>
        </w:rPr>
        <w:t xml:space="preserve"> - </w:t>
      </w:r>
      <w:r w:rsidRPr="00B10FB5">
        <w:rPr>
          <w:sz w:val="26"/>
          <w:szCs w:val="26"/>
        </w:rPr>
        <w:t>https://huggingface.co/spaces/YAMITEK/Script_Writer_using_openai</w:t>
      </w:r>
    </w:p>
    <w:p w14:paraId="2F45F6FC" w14:textId="77777777" w:rsidR="00B10FB5" w:rsidRDefault="00210371">
      <w:pPr>
        <w:rPr>
          <w:rStyle w:val="Heading1Char"/>
        </w:rPr>
      </w:pPr>
      <w:r w:rsidRPr="00B10FB5">
        <w:rPr>
          <w:rStyle w:val="Heading1Char"/>
        </w:rPr>
        <w:t>Key Insights &amp; Recommendations:</w:t>
      </w:r>
    </w:p>
    <w:p w14:paraId="53957A27" w14:textId="1CD84118" w:rsidR="00323386" w:rsidRDefault="00210371">
      <w:pPr>
        <w:rPr>
          <w:sz w:val="26"/>
          <w:szCs w:val="26"/>
        </w:rPr>
      </w:pPr>
      <w:r w:rsidRPr="00B10FB5">
        <w:rPr>
          <w:sz w:val="26"/>
          <w:szCs w:val="26"/>
        </w:rPr>
        <w:t xml:space="preserve"> The success of this application hinges on the performance of OpenAI's language model.  Further improvements could include incorporating user feedback mechanisms to improve the model's output and adding features such as script length control and style customization.</w:t>
      </w:r>
    </w:p>
    <w:p w14:paraId="09ADC9B7" w14:textId="77777777" w:rsidR="003476AE" w:rsidRPr="00B10FB5" w:rsidRDefault="003476AE">
      <w:pPr>
        <w:rPr>
          <w:sz w:val="26"/>
          <w:szCs w:val="26"/>
        </w:rPr>
      </w:pPr>
    </w:p>
    <w:p w14:paraId="70697DDB" w14:textId="268003C8" w:rsidR="00323386" w:rsidRPr="00B10FB5" w:rsidRDefault="00210371" w:rsidP="00E531EF">
      <w:pPr>
        <w:pStyle w:val="Heading1"/>
      </w:pPr>
      <w:r w:rsidRPr="00B10FB5">
        <w:t>Future Scope:</w:t>
      </w:r>
    </w:p>
    <w:p w14:paraId="1A0E221D" w14:textId="39542B22" w:rsidR="00323386" w:rsidRPr="00B10FB5" w:rsidRDefault="00210371" w:rsidP="00B10FB5">
      <w:pPr>
        <w:pStyle w:val="ListParagraph"/>
        <w:numPr>
          <w:ilvl w:val="0"/>
          <w:numId w:val="11"/>
        </w:numPr>
        <w:rPr>
          <w:sz w:val="26"/>
          <w:szCs w:val="26"/>
        </w:rPr>
      </w:pPr>
      <w:r w:rsidRPr="00B10FB5">
        <w:rPr>
          <w:sz w:val="26"/>
          <w:szCs w:val="26"/>
        </w:rPr>
        <w:t>Integration with video editing software for a seamless workflow.</w:t>
      </w:r>
    </w:p>
    <w:p w14:paraId="2B3F6736" w14:textId="072894E9" w:rsidR="00323386" w:rsidRPr="00B10FB5" w:rsidRDefault="00210371" w:rsidP="00B10FB5">
      <w:pPr>
        <w:pStyle w:val="ListParagraph"/>
        <w:numPr>
          <w:ilvl w:val="0"/>
          <w:numId w:val="11"/>
        </w:numPr>
        <w:rPr>
          <w:sz w:val="26"/>
          <w:szCs w:val="26"/>
        </w:rPr>
      </w:pPr>
      <w:r w:rsidRPr="00B10FB5">
        <w:rPr>
          <w:sz w:val="26"/>
          <w:szCs w:val="26"/>
        </w:rPr>
        <w:t>Implementation of more sophisticated prompt engineering techniques to improve script quality.</w:t>
      </w:r>
    </w:p>
    <w:p w14:paraId="3A6750B1" w14:textId="3438AB4B" w:rsidR="00323386" w:rsidRPr="00B10FB5" w:rsidRDefault="00210371" w:rsidP="00B10FB5">
      <w:pPr>
        <w:pStyle w:val="ListParagraph"/>
        <w:numPr>
          <w:ilvl w:val="0"/>
          <w:numId w:val="11"/>
        </w:numPr>
        <w:rPr>
          <w:sz w:val="26"/>
          <w:szCs w:val="26"/>
        </w:rPr>
      </w:pPr>
      <w:r w:rsidRPr="00B10FB5">
        <w:rPr>
          <w:sz w:val="26"/>
          <w:szCs w:val="26"/>
        </w:rPr>
        <w:t>Incorporation of user feedback loops for continuous model improvement.</w:t>
      </w:r>
    </w:p>
    <w:p w14:paraId="288F7A7B" w14:textId="5200CAE3" w:rsidR="00323386" w:rsidRPr="00B10FB5" w:rsidRDefault="00210371" w:rsidP="00B10FB5">
      <w:pPr>
        <w:pStyle w:val="ListParagraph"/>
        <w:numPr>
          <w:ilvl w:val="0"/>
          <w:numId w:val="11"/>
        </w:numPr>
        <w:rPr>
          <w:sz w:val="26"/>
          <w:szCs w:val="26"/>
        </w:rPr>
      </w:pPr>
      <w:r w:rsidRPr="00B10FB5">
        <w:rPr>
          <w:sz w:val="26"/>
          <w:szCs w:val="26"/>
        </w:rPr>
        <w:t>Exploring alternative large language models to compare performance.</w:t>
      </w:r>
    </w:p>
    <w:p w14:paraId="650F420D" w14:textId="52231240" w:rsidR="00323386" w:rsidRPr="008E725B" w:rsidRDefault="00210371" w:rsidP="008E725B">
      <w:pPr>
        <w:pStyle w:val="ListParagraph"/>
        <w:numPr>
          <w:ilvl w:val="0"/>
          <w:numId w:val="11"/>
        </w:numPr>
        <w:rPr>
          <w:sz w:val="26"/>
          <w:szCs w:val="26"/>
        </w:rPr>
      </w:pPr>
      <w:r w:rsidRPr="00B10FB5">
        <w:rPr>
          <w:sz w:val="26"/>
          <w:szCs w:val="26"/>
        </w:rPr>
        <w:lastRenderedPageBreak/>
        <w:t>Adding features to allow users to specify the desired tone and style of the video script (e.g., formal, informal, humorous).</w:t>
      </w:r>
    </w:p>
    <w:p w14:paraId="3C720265" w14:textId="77777777" w:rsidR="00B10FB5" w:rsidRDefault="00210371">
      <w:pPr>
        <w:rPr>
          <w:sz w:val="26"/>
          <w:szCs w:val="26"/>
        </w:rPr>
      </w:pPr>
      <w:r w:rsidRPr="00B10FB5">
        <w:rPr>
          <w:rStyle w:val="Heading1Char"/>
        </w:rPr>
        <w:t>Conclusion:</w:t>
      </w:r>
      <w:r w:rsidRPr="00B10FB5">
        <w:rPr>
          <w:sz w:val="26"/>
          <w:szCs w:val="26"/>
        </w:rPr>
        <w:t xml:space="preserve"> </w:t>
      </w:r>
    </w:p>
    <w:p w14:paraId="7CC17102" w14:textId="510D0458" w:rsidR="00323386" w:rsidRPr="00B10FB5" w:rsidRDefault="00210371">
      <w:pPr>
        <w:rPr>
          <w:sz w:val="26"/>
          <w:szCs w:val="26"/>
        </w:rPr>
      </w:pPr>
      <w:r w:rsidRPr="00B10FB5">
        <w:rPr>
          <w:sz w:val="26"/>
          <w:szCs w:val="26"/>
        </w:rPr>
        <w:t>This project successfully demonstrates a functional Streamlit application for generating video scripts from blog posts using OpenAI's API. While lacking quantitative evaluation, the application provides a valuable tool for streamlining content creation.  Further development will focus on improving script quality and adding user-centric features.</w:t>
      </w:r>
    </w:p>
    <w:p w14:paraId="64B037AF" w14:textId="6AD56E88" w:rsidR="00B10FB5" w:rsidRPr="00B10FB5" w:rsidRDefault="00210371" w:rsidP="008E725B">
      <w:pPr>
        <w:pStyle w:val="Heading1"/>
      </w:pPr>
      <w:r w:rsidRPr="00B10FB5">
        <w:t>References:</w:t>
      </w:r>
    </w:p>
    <w:p w14:paraId="3DC2B3BF" w14:textId="7541E83D" w:rsidR="00323386" w:rsidRPr="00B10FB5" w:rsidRDefault="00210371">
      <w:pPr>
        <w:rPr>
          <w:sz w:val="26"/>
          <w:szCs w:val="26"/>
        </w:rPr>
      </w:pPr>
      <w:r w:rsidRPr="00B10FB5">
        <w:rPr>
          <w:sz w:val="26"/>
          <w:szCs w:val="26"/>
        </w:rPr>
        <w:t xml:space="preserve"> OpenAI API Documentation</w:t>
      </w:r>
    </w:p>
    <w:p w14:paraId="71768B50" w14:textId="7C775475" w:rsidR="00323386" w:rsidRPr="00B10FB5" w:rsidRDefault="00210371">
      <w:pPr>
        <w:rPr>
          <w:sz w:val="26"/>
          <w:szCs w:val="26"/>
        </w:rPr>
      </w:pPr>
      <w:r w:rsidRPr="00B10FB5">
        <w:rPr>
          <w:sz w:val="26"/>
          <w:szCs w:val="26"/>
        </w:rPr>
        <w:t xml:space="preserve"> Streamlit Documentation </w:t>
      </w:r>
    </w:p>
    <w:p w14:paraId="6BCB6F99" w14:textId="77777777" w:rsidR="00323386" w:rsidRPr="00B10FB5" w:rsidRDefault="00323386">
      <w:pPr>
        <w:rPr>
          <w:sz w:val="26"/>
          <w:szCs w:val="26"/>
        </w:rPr>
      </w:pPr>
    </w:p>
    <w:p w14:paraId="76854461" w14:textId="77777777" w:rsidR="00323386" w:rsidRPr="00B10FB5" w:rsidRDefault="00323386">
      <w:pPr>
        <w:rPr>
          <w:sz w:val="26"/>
          <w:szCs w:val="26"/>
        </w:rPr>
      </w:pPr>
    </w:p>
    <w:sectPr w:rsidR="00323386" w:rsidRPr="00B10FB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45690992"/>
    <w:multiLevelType w:val="hybridMultilevel"/>
    <w:tmpl w:val="B68C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6041D4"/>
    <w:multiLevelType w:val="hybridMultilevel"/>
    <w:tmpl w:val="56CA1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3DF8"/>
    <w:rsid w:val="00142427"/>
    <w:rsid w:val="0015074B"/>
    <w:rsid w:val="00210371"/>
    <w:rsid w:val="0029639D"/>
    <w:rsid w:val="00323386"/>
    <w:rsid w:val="00326F90"/>
    <w:rsid w:val="00337D43"/>
    <w:rsid w:val="003476AE"/>
    <w:rsid w:val="004440A7"/>
    <w:rsid w:val="005D156B"/>
    <w:rsid w:val="00762E3C"/>
    <w:rsid w:val="008B25DE"/>
    <w:rsid w:val="008E725B"/>
    <w:rsid w:val="00A63541"/>
    <w:rsid w:val="00AA1D8D"/>
    <w:rsid w:val="00B10FB5"/>
    <w:rsid w:val="00B47730"/>
    <w:rsid w:val="00B5397F"/>
    <w:rsid w:val="00BB699C"/>
    <w:rsid w:val="00BD1B46"/>
    <w:rsid w:val="00CB0664"/>
    <w:rsid w:val="00E531EF"/>
    <w:rsid w:val="00EF5F54"/>
    <w:rsid w:val="00F641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A7DB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autoRedefine/>
    <w:uiPriority w:val="9"/>
    <w:qFormat/>
    <w:rsid w:val="003476AE"/>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autoRedefine/>
    <w:uiPriority w:val="9"/>
    <w:unhideWhenUsed/>
    <w:qFormat/>
    <w:rsid w:val="00B10FB5"/>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3476A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B10FB5"/>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autoRedefine/>
    <w:uiPriority w:val="9"/>
    <w:qFormat/>
    <w:rsid w:val="003476AE"/>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autoRedefine/>
    <w:uiPriority w:val="9"/>
    <w:unhideWhenUsed/>
    <w:qFormat/>
    <w:rsid w:val="00B10FB5"/>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3476A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B10FB5"/>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5B049-8D64-4823-892F-BA5D23D5D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LENOVO</cp:lastModifiedBy>
  <cp:revision>2</cp:revision>
  <dcterms:created xsi:type="dcterms:W3CDTF">2025-05-13T11:39:00Z</dcterms:created>
  <dcterms:modified xsi:type="dcterms:W3CDTF">2025-05-13T11:39:00Z</dcterms:modified>
</cp:coreProperties>
</file>